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9E83" w14:textId="77777777" w:rsidR="00487899" w:rsidRPr="00E2148B" w:rsidRDefault="004C7FC3">
      <w:pPr>
        <w:ind w:left="5839"/>
        <w:rPr>
          <w:lang w:val="it-IT"/>
        </w:rPr>
      </w:pPr>
      <w:r w:rsidRPr="00E2148B">
        <w:rPr>
          <w:lang w:val="it-IT"/>
        </w:rPr>
        <w:t>Al</w:t>
      </w:r>
    </w:p>
    <w:p w14:paraId="54A8F4AF" w14:textId="77777777" w:rsidR="00487899" w:rsidRPr="00E2148B" w:rsidRDefault="004C7FC3">
      <w:pPr>
        <w:ind w:left="5839"/>
        <w:rPr>
          <w:lang w:val="it-IT"/>
        </w:rPr>
      </w:pPr>
      <w:r w:rsidRPr="00E2148B">
        <w:rPr>
          <w:b/>
          <w:lang w:val="it-IT"/>
        </w:rPr>
        <w:t>COMUNE DI MILANO</w:t>
      </w:r>
    </w:p>
    <w:p w14:paraId="70BFC965" w14:textId="77777777" w:rsidR="00487899" w:rsidRPr="00E2148B" w:rsidRDefault="004C7FC3">
      <w:pPr>
        <w:ind w:left="5839"/>
        <w:rPr>
          <w:lang w:val="it-IT"/>
        </w:rPr>
      </w:pPr>
      <w:r w:rsidRPr="00E2148B">
        <w:rPr>
          <w:b/>
          <w:lang w:val="it-IT"/>
        </w:rPr>
        <w:t>Direzione Servizi Civici e Municipi</w:t>
      </w:r>
    </w:p>
    <w:p w14:paraId="089E1025" w14:textId="77777777" w:rsidR="00487899" w:rsidRPr="00E2148B" w:rsidRDefault="004C7FC3">
      <w:pPr>
        <w:ind w:left="5839"/>
        <w:rPr>
          <w:lang w:val="it-IT"/>
        </w:rPr>
      </w:pPr>
      <w:r w:rsidRPr="00E2148B">
        <w:rPr>
          <w:b/>
          <w:lang w:val="it-IT"/>
        </w:rPr>
        <w:t>Area Municipi – Ambito 3 – Municipio 4</w:t>
      </w:r>
    </w:p>
    <w:p w14:paraId="32DE1703" w14:textId="77777777" w:rsidR="00487899" w:rsidRPr="00E2148B" w:rsidRDefault="004C7FC3">
      <w:pPr>
        <w:ind w:left="5839"/>
        <w:rPr>
          <w:lang w:val="it-IT"/>
        </w:rPr>
      </w:pPr>
      <w:r w:rsidRPr="00E2148B">
        <w:rPr>
          <w:b/>
          <w:lang w:val="it-IT"/>
        </w:rPr>
        <w:t>Via Oglio 18 – 20139 Milano</w:t>
      </w:r>
    </w:p>
    <w:p w14:paraId="0D259114" w14:textId="77777777" w:rsidR="00487899" w:rsidRPr="00E2148B" w:rsidRDefault="00487899">
      <w:pPr>
        <w:spacing w:after="160"/>
        <w:rPr>
          <w:lang w:val="it-I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487899" w:rsidRPr="006E4E6F" w14:paraId="00797DE1" w14:textId="77777777">
        <w:tc>
          <w:tcPr>
            <w:tcW w:w="9638" w:type="dxa"/>
            <w:shd w:val="clear" w:color="auto" w:fill="FCE4D6"/>
            <w:vAlign w:val="center"/>
          </w:tcPr>
          <w:p w14:paraId="753B6E93" w14:textId="77777777" w:rsidR="00487899" w:rsidRPr="00E2148B" w:rsidRDefault="004C7FC3">
            <w:pPr>
              <w:spacing w:before="100" w:after="40"/>
              <w:jc w:val="center"/>
              <w:rPr>
                <w:lang w:val="it-IT"/>
              </w:rPr>
            </w:pPr>
            <w:r w:rsidRPr="00E2148B">
              <w:rPr>
                <w:b/>
                <w:sz w:val="24"/>
                <w:lang w:val="it-IT"/>
              </w:rPr>
              <w:t>DICHIARAZIONE SOSTITUTIVA DI CERTIFICAZIONE E DI ATTO DI NOTORIETÀ</w:t>
            </w:r>
          </w:p>
          <w:p w14:paraId="040DF418" w14:textId="77777777" w:rsidR="00487899" w:rsidRPr="00E2148B" w:rsidRDefault="004C7FC3">
            <w:pPr>
              <w:spacing w:before="40" w:after="40"/>
              <w:jc w:val="center"/>
              <w:rPr>
                <w:lang w:val="it-IT"/>
              </w:rPr>
            </w:pPr>
            <w:r w:rsidRPr="00E2148B">
              <w:rPr>
                <w:i/>
                <w:sz w:val="18"/>
                <w:lang w:val="it-IT"/>
              </w:rPr>
              <w:t>(artt. 46 e 47 del D.P.R. 28 dicembre 2000, n. 445)</w:t>
            </w:r>
          </w:p>
          <w:p w14:paraId="2659E568" w14:textId="77777777" w:rsidR="00487899" w:rsidRPr="00E2148B" w:rsidRDefault="004C7FC3">
            <w:pPr>
              <w:spacing w:before="60" w:after="40"/>
              <w:jc w:val="center"/>
              <w:rPr>
                <w:lang w:val="it-IT"/>
              </w:rPr>
            </w:pPr>
            <w:r w:rsidRPr="00E2148B">
              <w:rPr>
                <w:b/>
                <w:sz w:val="20"/>
                <w:lang w:val="it-IT"/>
              </w:rPr>
              <w:t>REQUISITI DI IDONEITÀ PROFESSIONALE E DI CAPACITÀ TECNICO-ECONOMICA (art. 10, lett. B e C, dell’Avviso)</w:t>
            </w:r>
          </w:p>
          <w:p w14:paraId="61C29275" w14:textId="77777777" w:rsidR="00487899" w:rsidRPr="00E2148B" w:rsidRDefault="004C7FC3">
            <w:pPr>
              <w:spacing w:before="60" w:after="100"/>
              <w:jc w:val="center"/>
              <w:rPr>
                <w:lang w:val="it-IT"/>
              </w:rPr>
            </w:pPr>
            <w:r w:rsidRPr="00E2148B">
              <w:rPr>
                <w:b/>
                <w:sz w:val="18"/>
                <w:lang w:val="it-IT"/>
              </w:rPr>
              <w:t>AVVISO PUBBLICO PER L’AFFIDAMENTO IN CONCESSIONE D’USO DI UN’AREA DEL PARCO “GINO CASSINIS” PER LA REALIZZAZIONE E LA GESTIONE DI UN PARCO AVVENTURA</w:t>
            </w:r>
          </w:p>
        </w:tc>
      </w:tr>
    </w:tbl>
    <w:p w14:paraId="4FDEDF61" w14:textId="77777777" w:rsidR="00487899" w:rsidRPr="00E2148B" w:rsidRDefault="004C7FC3">
      <w:pPr>
        <w:spacing w:before="200" w:after="200"/>
        <w:jc w:val="both"/>
        <w:rPr>
          <w:lang w:val="it-IT"/>
        </w:rPr>
      </w:pPr>
      <w:r w:rsidRPr="00E2148B">
        <w:rPr>
          <w:i/>
          <w:sz w:val="17"/>
          <w:lang w:val="it-IT"/>
        </w:rPr>
        <w:t>Si consiglia, prima di procedere alla compilazione, un’attenta lettura del presente modulo, dell’Avviso e del Capitolato speciale di concessione. I campi in colore vanno compilati; nelle dichiarazioni che prevedono alternative va barrata la casella che ricorre. In caso di partecipazione in forma associata, il modulo è compilato e sottoscritto dal legale rappresentante di ciascun componente del raggruppamento, consorzio o ATS.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487899" w14:paraId="257A743B" w14:textId="77777777">
        <w:tc>
          <w:tcPr>
            <w:tcW w:w="6633" w:type="dxa"/>
            <w:gridSpan w:val="2"/>
            <w:shd w:val="clear" w:color="auto" w:fill="FCE4D6"/>
            <w:vAlign w:val="center"/>
          </w:tcPr>
          <w:p w14:paraId="342C6063" w14:textId="77777777" w:rsidR="00487899" w:rsidRDefault="004C7FC3">
            <w:pPr>
              <w:spacing w:before="80" w:after="80"/>
            </w:pPr>
            <w:r>
              <w:rPr>
                <w:b/>
              </w:rPr>
              <w:t>DATI DEL DICHIARANTE</w:t>
            </w:r>
          </w:p>
        </w:tc>
      </w:tr>
      <w:tr w:rsidR="00487899" w14:paraId="4301B001" w14:textId="77777777">
        <w:trPr>
          <w:trHeight w:val="351"/>
        </w:trPr>
        <w:tc>
          <w:tcPr>
            <w:tcW w:w="3005" w:type="dxa"/>
            <w:vAlign w:val="center"/>
          </w:tcPr>
          <w:p w14:paraId="65C9D319" w14:textId="77777777" w:rsidR="00487899" w:rsidRDefault="004C7FC3">
            <w:pPr>
              <w:spacing w:before="40" w:after="40"/>
            </w:pPr>
            <w:r>
              <w:t>Nome</w:t>
            </w:r>
          </w:p>
        </w:tc>
        <w:tc>
          <w:tcPr>
            <w:tcW w:w="6633" w:type="dxa"/>
            <w:shd w:val="clear" w:color="auto" w:fill="FCE4D6"/>
            <w:vAlign w:val="center"/>
          </w:tcPr>
          <w:p w14:paraId="0AB453DB" w14:textId="77777777" w:rsidR="00487899" w:rsidRDefault="00487899">
            <w:pPr>
              <w:spacing w:before="40" w:after="40"/>
            </w:pPr>
          </w:p>
        </w:tc>
      </w:tr>
      <w:tr w:rsidR="00487899" w14:paraId="59D43A85" w14:textId="77777777">
        <w:trPr>
          <w:trHeight w:val="351"/>
        </w:trPr>
        <w:tc>
          <w:tcPr>
            <w:tcW w:w="3005" w:type="dxa"/>
            <w:vAlign w:val="center"/>
          </w:tcPr>
          <w:p w14:paraId="32CA0017" w14:textId="77777777" w:rsidR="00487899" w:rsidRDefault="004C7FC3">
            <w:pPr>
              <w:spacing w:before="40" w:after="40"/>
            </w:pPr>
            <w:r>
              <w:t>Cognome</w:t>
            </w:r>
          </w:p>
        </w:tc>
        <w:tc>
          <w:tcPr>
            <w:tcW w:w="6633" w:type="dxa"/>
            <w:shd w:val="clear" w:color="auto" w:fill="FCE4D6"/>
            <w:vAlign w:val="center"/>
          </w:tcPr>
          <w:p w14:paraId="0A723126" w14:textId="77777777" w:rsidR="00487899" w:rsidRDefault="00487899">
            <w:pPr>
              <w:spacing w:before="40" w:after="40"/>
            </w:pPr>
          </w:p>
        </w:tc>
      </w:tr>
      <w:tr w:rsidR="00487899" w:rsidRPr="006E4E6F" w14:paraId="1ABCED50" w14:textId="77777777">
        <w:trPr>
          <w:trHeight w:val="351"/>
        </w:trPr>
        <w:tc>
          <w:tcPr>
            <w:tcW w:w="3005" w:type="dxa"/>
            <w:vAlign w:val="center"/>
          </w:tcPr>
          <w:p w14:paraId="3DD5F79A" w14:textId="77777777" w:rsidR="00487899" w:rsidRPr="00E2148B" w:rsidRDefault="004C7FC3">
            <w:pPr>
              <w:spacing w:before="40" w:after="40"/>
              <w:rPr>
                <w:lang w:val="it-IT"/>
              </w:rPr>
            </w:pPr>
            <w:r w:rsidRPr="00E2148B">
              <w:rPr>
                <w:lang w:val="it-IT"/>
              </w:rPr>
              <w:t>Luogo e data di nascita</w:t>
            </w:r>
          </w:p>
        </w:tc>
        <w:tc>
          <w:tcPr>
            <w:tcW w:w="6633" w:type="dxa"/>
            <w:shd w:val="clear" w:color="auto" w:fill="FCE4D6"/>
            <w:vAlign w:val="center"/>
          </w:tcPr>
          <w:p w14:paraId="5488AF61" w14:textId="77777777" w:rsidR="00487899" w:rsidRPr="00E2148B" w:rsidRDefault="00487899">
            <w:pPr>
              <w:spacing w:before="40" w:after="40"/>
              <w:rPr>
                <w:lang w:val="it-IT"/>
              </w:rPr>
            </w:pPr>
          </w:p>
        </w:tc>
      </w:tr>
      <w:tr w:rsidR="00487899" w14:paraId="3CB90245" w14:textId="77777777">
        <w:trPr>
          <w:trHeight w:val="351"/>
        </w:trPr>
        <w:tc>
          <w:tcPr>
            <w:tcW w:w="3005" w:type="dxa"/>
            <w:vAlign w:val="center"/>
          </w:tcPr>
          <w:p w14:paraId="5CE8DE11" w14:textId="77777777" w:rsidR="00487899" w:rsidRDefault="004C7FC3">
            <w:pPr>
              <w:spacing w:before="40" w:after="40"/>
            </w:pPr>
            <w:proofErr w:type="spellStart"/>
            <w:r>
              <w:t>Codice</w:t>
            </w:r>
            <w:proofErr w:type="spellEnd"/>
            <w:r>
              <w:t xml:space="preserve"> </w:t>
            </w:r>
            <w:proofErr w:type="spellStart"/>
            <w:r>
              <w:t>fiscale</w:t>
            </w:r>
            <w:proofErr w:type="spellEnd"/>
          </w:p>
        </w:tc>
        <w:tc>
          <w:tcPr>
            <w:tcW w:w="6633" w:type="dxa"/>
            <w:shd w:val="clear" w:color="auto" w:fill="FCE4D6"/>
            <w:vAlign w:val="center"/>
          </w:tcPr>
          <w:p w14:paraId="6C9C215E" w14:textId="77777777" w:rsidR="00487899" w:rsidRDefault="00487899">
            <w:pPr>
              <w:spacing w:before="40" w:after="40"/>
            </w:pPr>
          </w:p>
        </w:tc>
      </w:tr>
      <w:tr w:rsidR="00487899" w:rsidRPr="006E4E6F" w14:paraId="4665E805" w14:textId="77777777">
        <w:trPr>
          <w:trHeight w:val="351"/>
        </w:trPr>
        <w:tc>
          <w:tcPr>
            <w:tcW w:w="3005" w:type="dxa"/>
            <w:vAlign w:val="center"/>
          </w:tcPr>
          <w:p w14:paraId="2098D2EE" w14:textId="77777777" w:rsidR="00487899" w:rsidRPr="00E2148B" w:rsidRDefault="004C7FC3">
            <w:pPr>
              <w:spacing w:before="40" w:after="40"/>
              <w:rPr>
                <w:lang w:val="it-IT"/>
              </w:rPr>
            </w:pPr>
            <w:r w:rsidRPr="00E2148B">
              <w:rPr>
                <w:lang w:val="it-IT"/>
              </w:rPr>
              <w:t>Residenza (via, n., CAP, Comune)</w:t>
            </w:r>
          </w:p>
        </w:tc>
        <w:tc>
          <w:tcPr>
            <w:tcW w:w="6633" w:type="dxa"/>
            <w:shd w:val="clear" w:color="auto" w:fill="FCE4D6"/>
            <w:vAlign w:val="center"/>
          </w:tcPr>
          <w:p w14:paraId="21E0C157" w14:textId="77777777" w:rsidR="00487899" w:rsidRPr="00E2148B" w:rsidRDefault="00487899">
            <w:pPr>
              <w:spacing w:before="40" w:after="40"/>
              <w:rPr>
                <w:lang w:val="it-IT"/>
              </w:rPr>
            </w:pPr>
          </w:p>
        </w:tc>
      </w:tr>
      <w:tr w:rsidR="00487899" w:rsidRPr="006E4E6F" w14:paraId="33E979E6" w14:textId="77777777">
        <w:tc>
          <w:tcPr>
            <w:tcW w:w="3005" w:type="dxa"/>
            <w:vAlign w:val="center"/>
          </w:tcPr>
          <w:p w14:paraId="4E82D13F" w14:textId="77777777" w:rsidR="00487899" w:rsidRDefault="004C7FC3">
            <w:pPr>
              <w:spacing w:before="40" w:after="40"/>
            </w:pPr>
            <w:r>
              <w:t xml:space="preserve">In </w:t>
            </w:r>
            <w:proofErr w:type="spellStart"/>
            <w:r>
              <w:t>qualità</w:t>
            </w:r>
            <w:proofErr w:type="spellEnd"/>
            <w:r>
              <w:t xml:space="preserve"> di</w:t>
            </w:r>
          </w:p>
        </w:tc>
        <w:tc>
          <w:tcPr>
            <w:tcW w:w="6633" w:type="dxa"/>
            <w:vAlign w:val="center"/>
          </w:tcPr>
          <w:p w14:paraId="0BA23807" w14:textId="77777777" w:rsidR="00487899" w:rsidRPr="00E2148B" w:rsidRDefault="004C7FC3">
            <w:pPr>
              <w:spacing w:before="40" w:after="40"/>
              <w:ind w:left="283" w:hanging="283"/>
              <w:rPr>
                <w:lang w:val="it-IT"/>
              </w:rPr>
            </w:pPr>
            <w:r w:rsidRPr="00E2148B">
              <w:rPr>
                <w:lang w:val="it-IT"/>
              </w:rPr>
              <w:t>❒   legale rappresentante</w:t>
            </w:r>
          </w:p>
          <w:p w14:paraId="694C2BB9" w14:textId="77777777" w:rsidR="00487899" w:rsidRPr="00E2148B" w:rsidRDefault="004C7FC3">
            <w:pPr>
              <w:spacing w:before="40" w:after="40"/>
              <w:ind w:left="283" w:hanging="283"/>
              <w:rPr>
                <w:lang w:val="it-IT"/>
              </w:rPr>
            </w:pPr>
            <w:r w:rsidRPr="00E2148B">
              <w:rPr>
                <w:lang w:val="it-IT"/>
              </w:rPr>
              <w:t>❒   procuratore/delegato, giusta procura/delega che si allega (indicare estremi):</w:t>
            </w:r>
          </w:p>
          <w:tbl>
            <w:tblPr>
              <w:tblW w:w="0" w:type="auto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350"/>
            </w:tblGrid>
            <w:tr w:rsidR="00487899" w:rsidRPr="006E4E6F" w14:paraId="7F60E30A" w14:textId="77777777">
              <w:trPr>
                <w:trHeight w:val="340"/>
              </w:trPr>
              <w:tc>
                <w:tcPr>
                  <w:tcW w:w="6350" w:type="dxa"/>
                  <w:shd w:val="clear" w:color="auto" w:fill="FCE4D6"/>
                </w:tcPr>
                <w:p w14:paraId="2A36477A" w14:textId="77777777" w:rsidR="00487899" w:rsidRPr="00E2148B" w:rsidRDefault="00487899">
                  <w:pPr>
                    <w:rPr>
                      <w:lang w:val="it-IT"/>
                    </w:rPr>
                  </w:pPr>
                </w:p>
              </w:tc>
            </w:tr>
          </w:tbl>
          <w:p w14:paraId="42F30107" w14:textId="77777777" w:rsidR="00487899" w:rsidRPr="00E2148B" w:rsidRDefault="00487899">
            <w:pPr>
              <w:rPr>
                <w:lang w:val="it-IT"/>
              </w:rPr>
            </w:pPr>
          </w:p>
          <w:p w14:paraId="7F7B2FE6" w14:textId="77777777" w:rsidR="00487899" w:rsidRPr="00E2148B" w:rsidRDefault="00487899">
            <w:pPr>
              <w:spacing w:after="40"/>
              <w:rPr>
                <w:lang w:val="it-IT"/>
              </w:rPr>
            </w:pPr>
          </w:p>
        </w:tc>
      </w:tr>
    </w:tbl>
    <w:p w14:paraId="1EF64366" w14:textId="77777777" w:rsidR="00487899" w:rsidRPr="00E2148B" w:rsidRDefault="00487899">
      <w:pPr>
        <w:spacing w:after="200"/>
        <w:rPr>
          <w:lang w:val="it-I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487899" w14:paraId="3A84D78C" w14:textId="77777777">
        <w:tc>
          <w:tcPr>
            <w:tcW w:w="6633" w:type="dxa"/>
            <w:gridSpan w:val="2"/>
            <w:shd w:val="clear" w:color="auto" w:fill="FCE4D6"/>
            <w:vAlign w:val="center"/>
          </w:tcPr>
          <w:p w14:paraId="68846789" w14:textId="77777777" w:rsidR="00487899" w:rsidRDefault="004C7FC3">
            <w:pPr>
              <w:spacing w:before="80" w:after="80"/>
            </w:pPr>
            <w:r>
              <w:rPr>
                <w:b/>
              </w:rPr>
              <w:t>DATI DELL’OPERATORE ECONOMICO</w:t>
            </w:r>
          </w:p>
        </w:tc>
      </w:tr>
      <w:tr w:rsidR="00487899" w14:paraId="10B8D841" w14:textId="77777777">
        <w:trPr>
          <w:trHeight w:val="351"/>
        </w:trPr>
        <w:tc>
          <w:tcPr>
            <w:tcW w:w="3005" w:type="dxa"/>
            <w:vAlign w:val="center"/>
          </w:tcPr>
          <w:p w14:paraId="154DFB77" w14:textId="77777777" w:rsidR="00487899" w:rsidRDefault="004C7FC3">
            <w:pPr>
              <w:spacing w:before="40" w:after="40"/>
            </w:pPr>
            <w:r>
              <w:t>Denominazione / ragione sociale</w:t>
            </w:r>
          </w:p>
        </w:tc>
        <w:tc>
          <w:tcPr>
            <w:tcW w:w="6633" w:type="dxa"/>
            <w:shd w:val="clear" w:color="auto" w:fill="FCE4D6"/>
            <w:vAlign w:val="center"/>
          </w:tcPr>
          <w:p w14:paraId="6BB4C365" w14:textId="77777777" w:rsidR="00487899" w:rsidRDefault="00487899">
            <w:pPr>
              <w:spacing w:before="40" w:after="40"/>
            </w:pPr>
          </w:p>
        </w:tc>
      </w:tr>
      <w:tr w:rsidR="00487899" w14:paraId="74782DCF" w14:textId="77777777">
        <w:trPr>
          <w:trHeight w:val="351"/>
        </w:trPr>
        <w:tc>
          <w:tcPr>
            <w:tcW w:w="3005" w:type="dxa"/>
            <w:vAlign w:val="center"/>
          </w:tcPr>
          <w:p w14:paraId="1E4CF215" w14:textId="77777777" w:rsidR="00487899" w:rsidRDefault="004C7FC3">
            <w:pPr>
              <w:spacing w:before="40" w:after="40"/>
            </w:pPr>
            <w:r>
              <w:t>Forma giuridica</w:t>
            </w:r>
          </w:p>
        </w:tc>
        <w:tc>
          <w:tcPr>
            <w:tcW w:w="6633" w:type="dxa"/>
            <w:shd w:val="clear" w:color="auto" w:fill="FCE4D6"/>
            <w:vAlign w:val="center"/>
          </w:tcPr>
          <w:p w14:paraId="08EFD983" w14:textId="77777777" w:rsidR="00487899" w:rsidRDefault="00487899">
            <w:pPr>
              <w:spacing w:before="40" w:after="40"/>
            </w:pPr>
          </w:p>
        </w:tc>
      </w:tr>
      <w:tr w:rsidR="00487899" w:rsidRPr="006E4E6F" w14:paraId="1A4E0013" w14:textId="77777777">
        <w:trPr>
          <w:trHeight w:val="351"/>
        </w:trPr>
        <w:tc>
          <w:tcPr>
            <w:tcW w:w="3005" w:type="dxa"/>
            <w:vAlign w:val="center"/>
          </w:tcPr>
          <w:p w14:paraId="41825962" w14:textId="77777777" w:rsidR="00487899" w:rsidRPr="00E2148B" w:rsidRDefault="004C7FC3">
            <w:pPr>
              <w:spacing w:before="40" w:after="40"/>
              <w:rPr>
                <w:lang w:val="it-IT"/>
              </w:rPr>
            </w:pPr>
            <w:r w:rsidRPr="00E2148B">
              <w:rPr>
                <w:lang w:val="it-IT"/>
              </w:rPr>
              <w:t>Sede legale (via, n., CAP, Comune)</w:t>
            </w:r>
          </w:p>
        </w:tc>
        <w:tc>
          <w:tcPr>
            <w:tcW w:w="6633" w:type="dxa"/>
            <w:shd w:val="clear" w:color="auto" w:fill="FCE4D6"/>
            <w:vAlign w:val="center"/>
          </w:tcPr>
          <w:p w14:paraId="40ABCFC1" w14:textId="77777777" w:rsidR="00487899" w:rsidRPr="00E2148B" w:rsidRDefault="00487899">
            <w:pPr>
              <w:spacing w:before="40" w:after="40"/>
              <w:rPr>
                <w:lang w:val="it-IT"/>
              </w:rPr>
            </w:pPr>
          </w:p>
        </w:tc>
      </w:tr>
      <w:tr w:rsidR="00487899" w14:paraId="1E9F7BA2" w14:textId="77777777">
        <w:trPr>
          <w:trHeight w:val="351"/>
        </w:trPr>
        <w:tc>
          <w:tcPr>
            <w:tcW w:w="3005" w:type="dxa"/>
            <w:vAlign w:val="center"/>
          </w:tcPr>
          <w:p w14:paraId="3D658E07" w14:textId="77777777" w:rsidR="00487899" w:rsidRDefault="004C7FC3">
            <w:pPr>
              <w:spacing w:before="40" w:after="40"/>
            </w:pPr>
            <w:proofErr w:type="spellStart"/>
            <w:r>
              <w:t>Codice</w:t>
            </w:r>
            <w:proofErr w:type="spellEnd"/>
            <w:r>
              <w:t xml:space="preserve"> </w:t>
            </w:r>
            <w:proofErr w:type="spellStart"/>
            <w:r>
              <w:t>fiscale</w:t>
            </w:r>
            <w:proofErr w:type="spellEnd"/>
          </w:p>
        </w:tc>
        <w:tc>
          <w:tcPr>
            <w:tcW w:w="6633" w:type="dxa"/>
            <w:shd w:val="clear" w:color="auto" w:fill="FCE4D6"/>
            <w:vAlign w:val="center"/>
          </w:tcPr>
          <w:p w14:paraId="7C067410" w14:textId="77777777" w:rsidR="00487899" w:rsidRDefault="00487899">
            <w:pPr>
              <w:spacing w:before="40" w:after="40"/>
            </w:pPr>
          </w:p>
        </w:tc>
      </w:tr>
      <w:tr w:rsidR="00487899" w14:paraId="797450A2" w14:textId="77777777">
        <w:trPr>
          <w:trHeight w:val="351"/>
        </w:trPr>
        <w:tc>
          <w:tcPr>
            <w:tcW w:w="3005" w:type="dxa"/>
            <w:vAlign w:val="center"/>
          </w:tcPr>
          <w:p w14:paraId="6756A607" w14:textId="77777777" w:rsidR="00487899" w:rsidRDefault="004C7FC3">
            <w:pPr>
              <w:spacing w:before="40" w:after="40"/>
            </w:pPr>
            <w:r>
              <w:t>Partita IVA</w:t>
            </w:r>
          </w:p>
        </w:tc>
        <w:tc>
          <w:tcPr>
            <w:tcW w:w="6633" w:type="dxa"/>
            <w:shd w:val="clear" w:color="auto" w:fill="FCE4D6"/>
            <w:vAlign w:val="center"/>
          </w:tcPr>
          <w:p w14:paraId="022C52E2" w14:textId="77777777" w:rsidR="00487899" w:rsidRDefault="00487899">
            <w:pPr>
              <w:spacing w:before="40" w:after="40"/>
            </w:pPr>
          </w:p>
        </w:tc>
      </w:tr>
      <w:tr w:rsidR="00487899" w14:paraId="29EA4022" w14:textId="77777777">
        <w:trPr>
          <w:trHeight w:val="351"/>
        </w:trPr>
        <w:tc>
          <w:tcPr>
            <w:tcW w:w="3005" w:type="dxa"/>
            <w:vAlign w:val="center"/>
          </w:tcPr>
          <w:p w14:paraId="7E466151" w14:textId="77777777" w:rsidR="00487899" w:rsidRDefault="004C7FC3">
            <w:pPr>
              <w:spacing w:before="40" w:after="40"/>
            </w:pPr>
            <w:r>
              <w:t>Indirizzo PEC</w:t>
            </w:r>
          </w:p>
        </w:tc>
        <w:tc>
          <w:tcPr>
            <w:tcW w:w="6633" w:type="dxa"/>
            <w:shd w:val="clear" w:color="auto" w:fill="FCE4D6"/>
            <w:vAlign w:val="center"/>
          </w:tcPr>
          <w:p w14:paraId="6D106B1E" w14:textId="77777777" w:rsidR="00487899" w:rsidRDefault="00487899">
            <w:pPr>
              <w:spacing w:before="40" w:after="40"/>
            </w:pPr>
          </w:p>
        </w:tc>
      </w:tr>
      <w:tr w:rsidR="00487899" w:rsidRPr="006E4E6F" w14:paraId="1B64F220" w14:textId="77777777">
        <w:tc>
          <w:tcPr>
            <w:tcW w:w="3005" w:type="dxa"/>
            <w:vAlign w:val="center"/>
          </w:tcPr>
          <w:p w14:paraId="1AAB10ED" w14:textId="77777777" w:rsidR="00487899" w:rsidRDefault="004C7FC3">
            <w:pPr>
              <w:spacing w:before="40" w:after="40"/>
            </w:pPr>
            <w:r>
              <w:t>Forma di partecipazione</w:t>
            </w:r>
          </w:p>
        </w:tc>
        <w:tc>
          <w:tcPr>
            <w:tcW w:w="6633" w:type="dxa"/>
            <w:vAlign w:val="center"/>
          </w:tcPr>
          <w:p w14:paraId="2FB50CE5" w14:textId="77777777" w:rsidR="00487899" w:rsidRPr="00E2148B" w:rsidRDefault="004C7FC3">
            <w:pPr>
              <w:spacing w:before="20" w:after="20"/>
              <w:ind w:left="283" w:hanging="283"/>
              <w:rPr>
                <w:lang w:val="it-IT"/>
              </w:rPr>
            </w:pPr>
            <w:r w:rsidRPr="00E2148B">
              <w:rPr>
                <w:lang w:val="it-IT"/>
              </w:rPr>
              <w:t>❒   concorrente singolo</w:t>
            </w:r>
          </w:p>
          <w:p w14:paraId="4FBC7AE4" w14:textId="77777777" w:rsidR="00487899" w:rsidRPr="00E2148B" w:rsidRDefault="004C7FC3">
            <w:pPr>
              <w:spacing w:before="20" w:after="20"/>
              <w:ind w:left="283" w:hanging="283"/>
              <w:rPr>
                <w:lang w:val="it-IT"/>
              </w:rPr>
            </w:pPr>
            <w:r w:rsidRPr="00E2148B">
              <w:rPr>
                <w:lang w:val="it-IT"/>
              </w:rPr>
              <w:t>❒   capofila/mandataria di raggruppamento/consorzio/ATS</w:t>
            </w:r>
          </w:p>
          <w:p w14:paraId="0CC36488" w14:textId="77777777" w:rsidR="00487899" w:rsidRPr="00E2148B" w:rsidRDefault="004C7FC3">
            <w:pPr>
              <w:spacing w:before="20" w:after="20"/>
              <w:ind w:left="283" w:hanging="283"/>
              <w:rPr>
                <w:lang w:val="it-IT"/>
              </w:rPr>
            </w:pPr>
            <w:r w:rsidRPr="00E2148B">
              <w:rPr>
                <w:lang w:val="it-IT"/>
              </w:rPr>
              <w:t>❒   mandante/componente di raggruppamento/consorzio/ATS</w:t>
            </w:r>
          </w:p>
          <w:p w14:paraId="3EF477DE" w14:textId="77777777" w:rsidR="00487899" w:rsidRPr="00E2148B" w:rsidRDefault="004C7FC3">
            <w:pPr>
              <w:spacing w:before="40" w:after="40"/>
              <w:rPr>
                <w:lang w:val="it-IT"/>
              </w:rPr>
            </w:pPr>
            <w:r w:rsidRPr="00E2148B">
              <w:rPr>
                <w:i/>
                <w:sz w:val="17"/>
                <w:lang w:val="it-IT"/>
              </w:rPr>
              <w:t>in caso di raggruppamento:</w:t>
            </w:r>
          </w:p>
          <w:p w14:paraId="43A75DE9" w14:textId="77777777" w:rsidR="00487899" w:rsidRPr="00E2148B" w:rsidRDefault="004C7FC3">
            <w:pPr>
              <w:spacing w:before="20" w:after="20"/>
              <w:ind w:left="567" w:hanging="283"/>
              <w:rPr>
                <w:lang w:val="it-IT"/>
              </w:rPr>
            </w:pPr>
            <w:r w:rsidRPr="00E2148B">
              <w:rPr>
                <w:lang w:val="it-IT"/>
              </w:rPr>
              <w:t>❒   costituito</w:t>
            </w:r>
          </w:p>
          <w:p w14:paraId="06CA7A75" w14:textId="77777777" w:rsidR="00487899" w:rsidRPr="00E2148B" w:rsidRDefault="004C7FC3">
            <w:pPr>
              <w:spacing w:before="20" w:after="20"/>
              <w:ind w:left="567" w:hanging="283"/>
              <w:rPr>
                <w:lang w:val="it-IT"/>
              </w:rPr>
            </w:pPr>
            <w:r w:rsidRPr="00E2148B">
              <w:rPr>
                <w:lang w:val="it-IT"/>
              </w:rPr>
              <w:t>❒   costituendo</w:t>
            </w:r>
          </w:p>
          <w:p w14:paraId="20C88092" w14:textId="77777777" w:rsidR="00487899" w:rsidRPr="00E2148B" w:rsidRDefault="004C7FC3">
            <w:pPr>
              <w:spacing w:before="40" w:after="40"/>
              <w:rPr>
                <w:lang w:val="it-IT"/>
              </w:rPr>
            </w:pPr>
            <w:r w:rsidRPr="00E2148B">
              <w:rPr>
                <w:i/>
                <w:sz w:val="17"/>
                <w:lang w:val="it-IT"/>
              </w:rPr>
              <w:t>denominazione del raggruppamento e degli altri componenti:</w:t>
            </w:r>
          </w:p>
          <w:tbl>
            <w:tblPr>
              <w:tblW w:w="0" w:type="auto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350"/>
            </w:tblGrid>
            <w:tr w:rsidR="00487899" w:rsidRPr="006E4E6F" w14:paraId="5E274B85" w14:textId="77777777">
              <w:trPr>
                <w:trHeight w:val="453"/>
              </w:trPr>
              <w:tc>
                <w:tcPr>
                  <w:tcW w:w="6350" w:type="dxa"/>
                  <w:shd w:val="clear" w:color="auto" w:fill="FCE4D6"/>
                </w:tcPr>
                <w:p w14:paraId="46F91F01" w14:textId="77777777" w:rsidR="00487899" w:rsidRPr="00E2148B" w:rsidRDefault="00487899">
                  <w:pPr>
                    <w:rPr>
                      <w:lang w:val="it-IT"/>
                    </w:rPr>
                  </w:pPr>
                </w:p>
              </w:tc>
            </w:tr>
          </w:tbl>
          <w:p w14:paraId="24890536" w14:textId="77777777" w:rsidR="00487899" w:rsidRPr="00E2148B" w:rsidRDefault="00487899">
            <w:pPr>
              <w:rPr>
                <w:lang w:val="it-IT"/>
              </w:rPr>
            </w:pPr>
          </w:p>
          <w:p w14:paraId="37999E91" w14:textId="77777777" w:rsidR="00487899" w:rsidRPr="00E2148B" w:rsidRDefault="00487899">
            <w:pPr>
              <w:spacing w:after="40"/>
              <w:rPr>
                <w:lang w:val="it-IT"/>
              </w:rPr>
            </w:pPr>
          </w:p>
        </w:tc>
      </w:tr>
    </w:tbl>
    <w:p w14:paraId="0AA97A1D" w14:textId="77777777" w:rsidR="00487899" w:rsidRPr="00E2148B" w:rsidRDefault="004C7FC3">
      <w:pPr>
        <w:spacing w:before="240" w:after="120"/>
        <w:jc w:val="both"/>
        <w:rPr>
          <w:lang w:val="it-IT"/>
        </w:rPr>
      </w:pPr>
      <w:r w:rsidRPr="00E2148B">
        <w:rPr>
          <w:lang w:val="it-IT"/>
        </w:rPr>
        <w:lastRenderedPageBreak/>
        <w:t>consapevole delle sanzioni penali previste dall’art. 76 del D.P.R. n. 445/2000 per le ipotesi di falsità in atti e dichiarazioni mendaci, nonché della decadenza dai benefici eventualmente conseguiti ai sensi dell’art. 75 del medesimo decreto,</w:t>
      </w:r>
    </w:p>
    <w:p w14:paraId="22BE5EC3" w14:textId="77777777" w:rsidR="00487899" w:rsidRDefault="004C7FC3">
      <w:pPr>
        <w:spacing w:after="160"/>
        <w:jc w:val="center"/>
      </w:pPr>
      <w:r>
        <w:rPr>
          <w:b/>
          <w:sz w:val="24"/>
        </w:rPr>
        <w:t>DICHIARA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487899" w14:paraId="2AB1B723" w14:textId="77777777">
        <w:trPr>
          <w:tblHeader/>
        </w:trPr>
        <w:tc>
          <w:tcPr>
            <w:tcW w:w="8901" w:type="dxa"/>
            <w:gridSpan w:val="2"/>
            <w:shd w:val="clear" w:color="auto" w:fill="FCE4D6"/>
            <w:vAlign w:val="center"/>
          </w:tcPr>
          <w:p w14:paraId="7C462977" w14:textId="77777777" w:rsidR="00487899" w:rsidRDefault="004C7FC3">
            <w:pPr>
              <w:spacing w:before="80" w:after="80"/>
            </w:pPr>
            <w:r w:rsidRPr="00E2148B">
              <w:rPr>
                <w:b/>
                <w:lang w:val="it-IT"/>
              </w:rPr>
              <w:t xml:space="preserve">B. REQUISITO DI IDONEITÀ PROFESSIONALE (art. 10, lett. </w:t>
            </w:r>
            <w:r>
              <w:rPr>
                <w:b/>
              </w:rPr>
              <w:t xml:space="preserve">B, </w:t>
            </w:r>
            <w:proofErr w:type="spellStart"/>
            <w:r>
              <w:rPr>
                <w:b/>
              </w:rPr>
              <w:t>dell’Avviso</w:t>
            </w:r>
            <w:proofErr w:type="spellEnd"/>
            <w:r>
              <w:rPr>
                <w:b/>
              </w:rPr>
              <w:t>)</w:t>
            </w:r>
          </w:p>
        </w:tc>
      </w:tr>
      <w:tr w:rsidR="00487899" w14:paraId="28FAE007" w14:textId="77777777">
        <w:trPr>
          <w:cantSplit/>
        </w:trPr>
        <w:tc>
          <w:tcPr>
            <w:tcW w:w="737" w:type="dxa"/>
            <w:shd w:val="clear" w:color="auto" w:fill="F2F2F2"/>
          </w:tcPr>
          <w:p w14:paraId="7ECB8BC2" w14:textId="77777777" w:rsidR="00487899" w:rsidRDefault="004C7FC3">
            <w:pPr>
              <w:spacing w:before="40" w:after="40"/>
              <w:jc w:val="center"/>
            </w:pPr>
            <w:r>
              <w:rPr>
                <w:b/>
              </w:rPr>
              <w:t>B.1</w:t>
            </w:r>
          </w:p>
        </w:tc>
        <w:tc>
          <w:tcPr>
            <w:tcW w:w="8901" w:type="dxa"/>
            <w:vAlign w:val="center"/>
          </w:tcPr>
          <w:p w14:paraId="61BD8DB5" w14:textId="77777777" w:rsidR="00487899" w:rsidRPr="00E2148B" w:rsidRDefault="004C7FC3">
            <w:pPr>
              <w:spacing w:before="40" w:after="40"/>
              <w:jc w:val="both"/>
              <w:rPr>
                <w:lang w:val="it-IT"/>
              </w:rPr>
            </w:pPr>
            <w:r w:rsidRPr="00E2148B">
              <w:rPr>
                <w:lang w:val="it-IT"/>
              </w:rPr>
              <w:t>di possedere il requisito di idoneità professionale di cui all’art. 10, lett. B, dell’Avviso (barrare l’ipotesi che ricorre):</w:t>
            </w:r>
          </w:p>
          <w:p w14:paraId="3FF238E3" w14:textId="77777777" w:rsidR="00487899" w:rsidRPr="00E2148B" w:rsidRDefault="004C7FC3">
            <w:pPr>
              <w:spacing w:before="40" w:after="40"/>
              <w:ind w:left="510" w:hanging="283"/>
              <w:jc w:val="both"/>
              <w:rPr>
                <w:lang w:val="it-IT"/>
              </w:rPr>
            </w:pPr>
            <w:r w:rsidRPr="00E2148B">
              <w:rPr>
                <w:lang w:val="it-IT"/>
              </w:rPr>
              <w:t>❒   è iscritto/a nel Registro delle imprese della Camera di commercio, industria, artigianato e agricoltura, ovvero nel registro delle commissioni provinciali per l’artigianato o presso il competente ordine professionale:</w:t>
            </w:r>
          </w:p>
          <w:tbl>
            <w:tblPr>
              <w:tblW w:w="0" w:type="auto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81"/>
              <w:gridCol w:w="6180"/>
            </w:tblGrid>
            <w:tr w:rsidR="00487899" w:rsidRPr="006E4E6F" w14:paraId="35C1499A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4A7D3807" w14:textId="77777777" w:rsidR="00487899" w:rsidRPr="00E2148B" w:rsidRDefault="004C7FC3">
                  <w:pPr>
                    <w:spacing w:before="40" w:after="40"/>
                    <w:rPr>
                      <w:lang w:val="it-IT"/>
                    </w:rPr>
                  </w:pPr>
                  <w:r w:rsidRPr="00E2148B">
                    <w:rPr>
                      <w:sz w:val="17"/>
                      <w:lang w:val="it-IT"/>
                    </w:rPr>
                    <w:t>CCIAA / registro / ordine di</w:t>
                  </w:r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40DB3D09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  <w:tr w:rsidR="00487899" w:rsidRPr="006E4E6F" w14:paraId="7F5C860F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53316FC9" w14:textId="77777777" w:rsidR="00487899" w:rsidRPr="00E2148B" w:rsidRDefault="004C7FC3">
                  <w:pPr>
                    <w:spacing w:before="40" w:after="40"/>
                    <w:rPr>
                      <w:lang w:val="it-IT"/>
                    </w:rPr>
                  </w:pPr>
                  <w:r w:rsidRPr="00E2148B">
                    <w:rPr>
                      <w:sz w:val="17"/>
                      <w:lang w:val="it-IT"/>
                    </w:rPr>
                    <w:t>Numero di iscrizione</w:t>
                  </w:r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2A9A5FDE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  <w:tr w:rsidR="00487899" w:rsidRPr="006E4E6F" w14:paraId="701260D4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1B8FF96B" w14:textId="77777777" w:rsidR="00487899" w:rsidRPr="00E2148B" w:rsidRDefault="004C7FC3">
                  <w:pPr>
                    <w:spacing w:before="40" w:after="40"/>
                    <w:rPr>
                      <w:lang w:val="it-IT"/>
                    </w:rPr>
                  </w:pPr>
                  <w:r w:rsidRPr="00E2148B">
                    <w:rPr>
                      <w:sz w:val="17"/>
                      <w:lang w:val="it-IT"/>
                    </w:rPr>
                    <w:t>Data di iscrizione</w:t>
                  </w:r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7D603D08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  <w:tr w:rsidR="00487899" w:rsidRPr="006E4E6F" w14:paraId="45EA5893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0C1987D9" w14:textId="77777777" w:rsidR="00487899" w:rsidRPr="00E2148B" w:rsidRDefault="004C7FC3">
                  <w:pPr>
                    <w:spacing w:before="40" w:after="40"/>
                    <w:rPr>
                      <w:lang w:val="it-IT"/>
                    </w:rPr>
                  </w:pPr>
                  <w:r w:rsidRPr="00E2148B">
                    <w:rPr>
                      <w:sz w:val="17"/>
                      <w:lang w:val="it-IT"/>
                    </w:rPr>
                    <w:t>Attività</w:t>
                  </w:r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4A7D59C9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</w:tbl>
          <w:p w14:paraId="4A54D01A" w14:textId="77777777" w:rsidR="00487899" w:rsidRPr="00E2148B" w:rsidRDefault="00487899">
            <w:pPr>
              <w:rPr>
                <w:lang w:val="it-IT"/>
              </w:rPr>
            </w:pPr>
          </w:p>
          <w:p w14:paraId="32C040F9" w14:textId="77777777" w:rsidR="00487899" w:rsidRPr="00E2148B" w:rsidRDefault="00487899">
            <w:pPr>
              <w:spacing w:after="20"/>
              <w:rPr>
                <w:lang w:val="it-IT"/>
              </w:rPr>
            </w:pPr>
          </w:p>
          <w:p w14:paraId="14896DE5" w14:textId="77777777" w:rsidR="00487899" w:rsidRPr="00E2148B" w:rsidRDefault="004C7FC3">
            <w:pPr>
              <w:spacing w:before="40" w:after="40"/>
              <w:ind w:left="510" w:hanging="283"/>
              <w:jc w:val="both"/>
              <w:rPr>
                <w:lang w:val="it-IT"/>
              </w:rPr>
            </w:pPr>
            <w:r w:rsidRPr="00E2148B">
              <w:rPr>
                <w:lang w:val="it-IT"/>
              </w:rPr>
              <w:t>❒   non è tenuto/a all’obbligo di iscrizione alla C.C.I.A.A. in ragione della propria natura giuridica e risulta iscritto/a al seguente albo o registro (allegare copia dell’atto costitutivo e dello statuto):</w:t>
            </w:r>
          </w:p>
          <w:tbl>
            <w:tblPr>
              <w:tblW w:w="0" w:type="auto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81"/>
              <w:gridCol w:w="6180"/>
            </w:tblGrid>
            <w:tr w:rsidR="00487899" w14:paraId="62DAB8E4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7749B112" w14:textId="77777777" w:rsidR="00487899" w:rsidRDefault="004C7FC3">
                  <w:pPr>
                    <w:spacing w:before="40" w:after="40"/>
                  </w:pPr>
                  <w:r>
                    <w:rPr>
                      <w:sz w:val="17"/>
                    </w:rPr>
                    <w:t xml:space="preserve">Natura </w:t>
                  </w:r>
                  <w:proofErr w:type="spellStart"/>
                  <w:r>
                    <w:rPr>
                      <w:sz w:val="17"/>
                    </w:rPr>
                    <w:t>giuridica</w:t>
                  </w:r>
                  <w:proofErr w:type="spellEnd"/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611AF94C" w14:textId="77777777" w:rsidR="00487899" w:rsidRDefault="00487899">
                  <w:pPr>
                    <w:spacing w:before="40" w:after="40"/>
                  </w:pPr>
                </w:p>
              </w:tc>
            </w:tr>
            <w:tr w:rsidR="00487899" w:rsidRPr="006E4E6F" w14:paraId="3448815C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7BF3EC53" w14:textId="77777777" w:rsidR="00487899" w:rsidRPr="00E2148B" w:rsidRDefault="004C7FC3">
                  <w:pPr>
                    <w:spacing w:before="40" w:after="40"/>
                    <w:rPr>
                      <w:lang w:val="it-IT"/>
                    </w:rPr>
                  </w:pPr>
                  <w:r w:rsidRPr="00E2148B">
                    <w:rPr>
                      <w:sz w:val="17"/>
                      <w:lang w:val="it-IT"/>
                    </w:rPr>
                    <w:t>Albo / registro e n. di iscrizione</w:t>
                  </w:r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57BE22C3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</w:tbl>
          <w:p w14:paraId="5C977D30" w14:textId="77777777" w:rsidR="00487899" w:rsidRPr="00E2148B" w:rsidRDefault="00487899">
            <w:pPr>
              <w:rPr>
                <w:lang w:val="it-IT"/>
              </w:rPr>
            </w:pPr>
          </w:p>
          <w:p w14:paraId="3AAA8151" w14:textId="77777777" w:rsidR="00487899" w:rsidRPr="00E2148B" w:rsidRDefault="00487899">
            <w:pPr>
              <w:spacing w:after="20"/>
              <w:rPr>
                <w:lang w:val="it-IT"/>
              </w:rPr>
            </w:pPr>
          </w:p>
          <w:p w14:paraId="3A2FC2F6" w14:textId="77777777" w:rsidR="00487899" w:rsidRPr="00E2148B" w:rsidRDefault="004C7FC3">
            <w:pPr>
              <w:spacing w:before="40" w:after="40"/>
              <w:ind w:left="510" w:hanging="283"/>
              <w:jc w:val="both"/>
              <w:rPr>
                <w:lang w:val="it-IT"/>
              </w:rPr>
            </w:pPr>
            <w:r w:rsidRPr="00E2148B">
              <w:rPr>
                <w:lang w:val="it-IT"/>
              </w:rPr>
              <w:t>❒</w:t>
            </w:r>
            <w:proofErr w:type="gramStart"/>
            <w:r w:rsidRPr="00E2148B">
              <w:rPr>
                <w:lang w:val="it-IT"/>
              </w:rPr>
              <w:t xml:space="preserve">   (</w:t>
            </w:r>
            <w:proofErr w:type="gramEnd"/>
            <w:r w:rsidRPr="00E2148B">
              <w:rPr>
                <w:lang w:val="it-IT"/>
              </w:rPr>
              <w:t>operatore economico stabilito in altro Stato membro dell’Unione Europea) è iscritto/a in uno dei registri professionali o commerciali di cui all’Allegato II.11 al D.lgs. n. 36/2023:</w:t>
            </w:r>
          </w:p>
          <w:tbl>
            <w:tblPr>
              <w:tblW w:w="0" w:type="auto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81"/>
              <w:gridCol w:w="6180"/>
            </w:tblGrid>
            <w:tr w:rsidR="00487899" w14:paraId="6FF82FDE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55573C98" w14:textId="77777777" w:rsidR="00487899" w:rsidRDefault="004C7FC3">
                  <w:pPr>
                    <w:spacing w:before="40" w:after="40"/>
                  </w:pPr>
                  <w:r>
                    <w:rPr>
                      <w:sz w:val="17"/>
                    </w:rPr>
                    <w:t xml:space="preserve">Registro e Stato </w:t>
                  </w:r>
                  <w:proofErr w:type="spellStart"/>
                  <w:r>
                    <w:rPr>
                      <w:sz w:val="17"/>
                    </w:rPr>
                    <w:t>membro</w:t>
                  </w:r>
                  <w:proofErr w:type="spellEnd"/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0EBC7C46" w14:textId="77777777" w:rsidR="00487899" w:rsidRDefault="00487899">
                  <w:pPr>
                    <w:spacing w:before="40" w:after="40"/>
                  </w:pPr>
                </w:p>
              </w:tc>
            </w:tr>
            <w:tr w:rsidR="00487899" w14:paraId="4AF528DA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1F513875" w14:textId="77777777" w:rsidR="00487899" w:rsidRDefault="004C7FC3">
                  <w:pPr>
                    <w:spacing w:before="40" w:after="40"/>
                  </w:pPr>
                  <w:r>
                    <w:rPr>
                      <w:sz w:val="17"/>
                    </w:rPr>
                    <w:t>Numero di iscrizione</w:t>
                  </w:r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09EFAE0F" w14:textId="77777777" w:rsidR="00487899" w:rsidRDefault="00487899">
                  <w:pPr>
                    <w:spacing w:before="40" w:after="40"/>
                  </w:pPr>
                </w:p>
              </w:tc>
            </w:tr>
          </w:tbl>
          <w:p w14:paraId="3A2CFDE6" w14:textId="77777777" w:rsidR="00487899" w:rsidRDefault="00487899"/>
          <w:p w14:paraId="6B153E10" w14:textId="77777777" w:rsidR="00487899" w:rsidRDefault="00487899">
            <w:pPr>
              <w:spacing w:after="20"/>
            </w:pPr>
          </w:p>
        </w:tc>
      </w:tr>
    </w:tbl>
    <w:p w14:paraId="3B713BE5" w14:textId="77777777" w:rsidR="00487899" w:rsidRDefault="00487899">
      <w:pPr>
        <w:spacing w:after="200"/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487899" w14:paraId="41574120" w14:textId="77777777">
        <w:trPr>
          <w:tblHeader/>
        </w:trPr>
        <w:tc>
          <w:tcPr>
            <w:tcW w:w="8901" w:type="dxa"/>
            <w:gridSpan w:val="2"/>
            <w:shd w:val="clear" w:color="auto" w:fill="FCE4D6"/>
            <w:vAlign w:val="center"/>
          </w:tcPr>
          <w:p w14:paraId="02138162" w14:textId="77777777" w:rsidR="00487899" w:rsidRDefault="004C7FC3">
            <w:pPr>
              <w:spacing w:before="80" w:after="80"/>
            </w:pPr>
            <w:r w:rsidRPr="00E2148B">
              <w:rPr>
                <w:b/>
                <w:lang w:val="it-IT"/>
              </w:rPr>
              <w:t xml:space="preserve">C. REQUISITI DI CAPACITÀ TECNICO-ECONOMICA (art. 10, lett. </w:t>
            </w:r>
            <w:r>
              <w:rPr>
                <w:b/>
              </w:rPr>
              <w:t xml:space="preserve">C, </w:t>
            </w:r>
            <w:proofErr w:type="spellStart"/>
            <w:r>
              <w:rPr>
                <w:b/>
              </w:rPr>
              <w:t>dell’Avviso</w:t>
            </w:r>
            <w:proofErr w:type="spellEnd"/>
            <w:r>
              <w:rPr>
                <w:b/>
              </w:rPr>
              <w:t>)</w:t>
            </w:r>
          </w:p>
        </w:tc>
      </w:tr>
      <w:tr w:rsidR="00487899" w:rsidRPr="006E4E6F" w14:paraId="020DE848" w14:textId="77777777">
        <w:trPr>
          <w:cantSplit/>
        </w:trPr>
        <w:tc>
          <w:tcPr>
            <w:tcW w:w="737" w:type="dxa"/>
            <w:shd w:val="clear" w:color="auto" w:fill="F2F2F2"/>
          </w:tcPr>
          <w:p w14:paraId="4B6A4F21" w14:textId="77777777" w:rsidR="00487899" w:rsidRDefault="004C7FC3">
            <w:pPr>
              <w:spacing w:before="40" w:after="40"/>
              <w:jc w:val="center"/>
            </w:pPr>
            <w:r>
              <w:rPr>
                <w:b/>
              </w:rPr>
              <w:t>C.1</w:t>
            </w:r>
          </w:p>
        </w:tc>
        <w:tc>
          <w:tcPr>
            <w:tcW w:w="8901" w:type="dxa"/>
            <w:vAlign w:val="center"/>
          </w:tcPr>
          <w:p w14:paraId="486A820D" w14:textId="77777777" w:rsidR="00487899" w:rsidRDefault="004C7FC3">
            <w:pPr>
              <w:spacing w:before="40" w:after="80"/>
              <w:jc w:val="both"/>
            </w:pPr>
            <w:r w:rsidRPr="00E2148B">
              <w:rPr>
                <w:lang w:val="it-IT"/>
              </w:rPr>
              <w:t xml:space="preserve">di aver realizzato un volume d’affari annuo almeno pari a € 80.000,00 (ottantamila/00), IVA esclusa, maturato nei migliori tre anni del quinquennio riferito agli esercizi finanziari dal 2021 al 2025 (art. 10, lett. </w:t>
            </w:r>
            <w:r>
              <w:t xml:space="preserve">C, punto a, </w:t>
            </w:r>
            <w:proofErr w:type="spellStart"/>
            <w:r>
              <w:t>dell’Avviso</w:t>
            </w:r>
            <w:proofErr w:type="spellEnd"/>
            <w:r>
              <w:t xml:space="preserve">), come </w:t>
            </w:r>
            <w:proofErr w:type="spellStart"/>
            <w:r>
              <w:t>dettagliato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seguente Tabella 1:</w:t>
            </w:r>
          </w:p>
          <w:tbl>
            <w:tblPr>
              <w:tblW w:w="0" w:type="auto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41"/>
              <w:gridCol w:w="2154"/>
              <w:gridCol w:w="1474"/>
              <w:gridCol w:w="2891"/>
            </w:tblGrid>
            <w:tr w:rsidR="00487899" w:rsidRPr="006E4E6F" w14:paraId="4E5C4C66" w14:textId="77777777">
              <w:tc>
                <w:tcPr>
                  <w:tcW w:w="2041" w:type="dxa"/>
                  <w:vAlign w:val="center"/>
                </w:tcPr>
                <w:p w14:paraId="390BF721" w14:textId="77777777" w:rsidR="00487899" w:rsidRDefault="004C7FC3">
                  <w:pPr>
                    <w:spacing w:before="40" w:after="40"/>
                    <w:jc w:val="center"/>
                  </w:pPr>
                  <w:r>
                    <w:rPr>
                      <w:b/>
                      <w:sz w:val="16"/>
                    </w:rPr>
                    <w:t>Esercizio finanziario</w:t>
                  </w:r>
                </w:p>
              </w:tc>
              <w:tc>
                <w:tcPr>
                  <w:tcW w:w="2154" w:type="dxa"/>
                  <w:vAlign w:val="center"/>
                </w:tcPr>
                <w:p w14:paraId="1B146EA1" w14:textId="77777777" w:rsidR="00487899" w:rsidRPr="00E2148B" w:rsidRDefault="004C7FC3">
                  <w:pPr>
                    <w:spacing w:before="40" w:after="40"/>
                    <w:jc w:val="center"/>
                    <w:rPr>
                      <w:lang w:val="it-IT"/>
                    </w:rPr>
                  </w:pPr>
                  <w:r w:rsidRPr="00E2148B">
                    <w:rPr>
                      <w:b/>
                      <w:sz w:val="16"/>
                      <w:lang w:val="it-IT"/>
                    </w:rPr>
                    <w:t>Volume d’affari annuo (€, IVA esclusa)</w:t>
                  </w:r>
                </w:p>
              </w:tc>
              <w:tc>
                <w:tcPr>
                  <w:tcW w:w="1474" w:type="dxa"/>
                  <w:vAlign w:val="center"/>
                </w:tcPr>
                <w:p w14:paraId="79E4CE75" w14:textId="77777777" w:rsidR="00487899" w:rsidRPr="00E2148B" w:rsidRDefault="004C7FC3">
                  <w:pPr>
                    <w:spacing w:before="40" w:after="40"/>
                    <w:jc w:val="center"/>
                    <w:rPr>
                      <w:lang w:val="it-IT"/>
                    </w:rPr>
                  </w:pPr>
                  <w:r w:rsidRPr="00E2148B">
                    <w:rPr>
                      <w:b/>
                      <w:sz w:val="16"/>
                      <w:lang w:val="it-IT"/>
                    </w:rPr>
                    <w:t>Tra i tre migliori (indicare X)</w:t>
                  </w:r>
                </w:p>
              </w:tc>
              <w:tc>
                <w:tcPr>
                  <w:tcW w:w="2891" w:type="dxa"/>
                  <w:vAlign w:val="center"/>
                </w:tcPr>
                <w:p w14:paraId="59D152A4" w14:textId="77777777" w:rsidR="00487899" w:rsidRPr="00E2148B" w:rsidRDefault="004C7FC3">
                  <w:pPr>
                    <w:spacing w:before="40" w:after="40"/>
                    <w:jc w:val="center"/>
                    <w:rPr>
                      <w:lang w:val="it-IT"/>
                    </w:rPr>
                  </w:pPr>
                  <w:r w:rsidRPr="00E2148B">
                    <w:rPr>
                      <w:b/>
                      <w:sz w:val="16"/>
                      <w:lang w:val="it-IT"/>
                    </w:rPr>
                    <w:t>Documento di riferimento (bilancio approvato, dichiarazione IVA, altro)</w:t>
                  </w:r>
                </w:p>
              </w:tc>
            </w:tr>
            <w:tr w:rsidR="00487899" w14:paraId="270104DE" w14:textId="77777777">
              <w:trPr>
                <w:trHeight w:val="311"/>
              </w:trPr>
              <w:tc>
                <w:tcPr>
                  <w:tcW w:w="2041" w:type="dxa"/>
                  <w:vAlign w:val="center"/>
                </w:tcPr>
                <w:p w14:paraId="45EBB155" w14:textId="77777777" w:rsidR="00487899" w:rsidRDefault="004C7FC3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2021</w:t>
                  </w:r>
                </w:p>
              </w:tc>
              <w:tc>
                <w:tcPr>
                  <w:tcW w:w="2154" w:type="dxa"/>
                  <w:shd w:val="clear" w:color="auto" w:fill="FCE4D6"/>
                  <w:vAlign w:val="center"/>
                </w:tcPr>
                <w:p w14:paraId="7DFEE045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1474" w:type="dxa"/>
                  <w:shd w:val="clear" w:color="auto" w:fill="FCE4D6"/>
                  <w:vAlign w:val="center"/>
                </w:tcPr>
                <w:p w14:paraId="35EEA177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2891" w:type="dxa"/>
                  <w:shd w:val="clear" w:color="auto" w:fill="FCE4D6"/>
                  <w:vAlign w:val="center"/>
                </w:tcPr>
                <w:p w14:paraId="1EB52960" w14:textId="77777777" w:rsidR="00487899" w:rsidRDefault="00487899">
                  <w:pPr>
                    <w:spacing w:before="40" w:after="40"/>
                  </w:pPr>
                </w:p>
              </w:tc>
            </w:tr>
            <w:tr w:rsidR="00487899" w14:paraId="4DC1F071" w14:textId="77777777">
              <w:trPr>
                <w:trHeight w:val="311"/>
              </w:trPr>
              <w:tc>
                <w:tcPr>
                  <w:tcW w:w="2041" w:type="dxa"/>
                  <w:vAlign w:val="center"/>
                </w:tcPr>
                <w:p w14:paraId="6D248CF1" w14:textId="77777777" w:rsidR="00487899" w:rsidRDefault="004C7FC3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2022</w:t>
                  </w:r>
                </w:p>
              </w:tc>
              <w:tc>
                <w:tcPr>
                  <w:tcW w:w="2154" w:type="dxa"/>
                  <w:shd w:val="clear" w:color="auto" w:fill="FCE4D6"/>
                  <w:vAlign w:val="center"/>
                </w:tcPr>
                <w:p w14:paraId="2E3FE0A7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1474" w:type="dxa"/>
                  <w:shd w:val="clear" w:color="auto" w:fill="FCE4D6"/>
                  <w:vAlign w:val="center"/>
                </w:tcPr>
                <w:p w14:paraId="639A3E1C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2891" w:type="dxa"/>
                  <w:shd w:val="clear" w:color="auto" w:fill="FCE4D6"/>
                  <w:vAlign w:val="center"/>
                </w:tcPr>
                <w:p w14:paraId="2F4D910A" w14:textId="77777777" w:rsidR="00487899" w:rsidRDefault="00487899">
                  <w:pPr>
                    <w:spacing w:before="40" w:after="40"/>
                  </w:pPr>
                </w:p>
              </w:tc>
            </w:tr>
            <w:tr w:rsidR="00487899" w14:paraId="5089F888" w14:textId="77777777">
              <w:trPr>
                <w:trHeight w:val="311"/>
              </w:trPr>
              <w:tc>
                <w:tcPr>
                  <w:tcW w:w="2041" w:type="dxa"/>
                  <w:vAlign w:val="center"/>
                </w:tcPr>
                <w:p w14:paraId="243207A7" w14:textId="77777777" w:rsidR="00487899" w:rsidRDefault="004C7FC3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2023</w:t>
                  </w:r>
                </w:p>
              </w:tc>
              <w:tc>
                <w:tcPr>
                  <w:tcW w:w="2154" w:type="dxa"/>
                  <w:shd w:val="clear" w:color="auto" w:fill="FCE4D6"/>
                  <w:vAlign w:val="center"/>
                </w:tcPr>
                <w:p w14:paraId="2E5C5B06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1474" w:type="dxa"/>
                  <w:shd w:val="clear" w:color="auto" w:fill="FCE4D6"/>
                  <w:vAlign w:val="center"/>
                </w:tcPr>
                <w:p w14:paraId="281CC85A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2891" w:type="dxa"/>
                  <w:shd w:val="clear" w:color="auto" w:fill="FCE4D6"/>
                  <w:vAlign w:val="center"/>
                </w:tcPr>
                <w:p w14:paraId="733EEFFF" w14:textId="77777777" w:rsidR="00487899" w:rsidRDefault="00487899">
                  <w:pPr>
                    <w:spacing w:before="40" w:after="40"/>
                  </w:pPr>
                </w:p>
              </w:tc>
            </w:tr>
            <w:tr w:rsidR="00487899" w14:paraId="3F3C95A9" w14:textId="77777777">
              <w:trPr>
                <w:trHeight w:val="311"/>
              </w:trPr>
              <w:tc>
                <w:tcPr>
                  <w:tcW w:w="2041" w:type="dxa"/>
                  <w:vAlign w:val="center"/>
                </w:tcPr>
                <w:p w14:paraId="58104CA7" w14:textId="77777777" w:rsidR="00487899" w:rsidRDefault="004C7FC3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2024</w:t>
                  </w:r>
                </w:p>
              </w:tc>
              <w:tc>
                <w:tcPr>
                  <w:tcW w:w="2154" w:type="dxa"/>
                  <w:shd w:val="clear" w:color="auto" w:fill="FCE4D6"/>
                  <w:vAlign w:val="center"/>
                </w:tcPr>
                <w:p w14:paraId="045974F1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1474" w:type="dxa"/>
                  <w:shd w:val="clear" w:color="auto" w:fill="FCE4D6"/>
                  <w:vAlign w:val="center"/>
                </w:tcPr>
                <w:p w14:paraId="76E805F5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2891" w:type="dxa"/>
                  <w:shd w:val="clear" w:color="auto" w:fill="FCE4D6"/>
                  <w:vAlign w:val="center"/>
                </w:tcPr>
                <w:p w14:paraId="3E3981FD" w14:textId="77777777" w:rsidR="00487899" w:rsidRDefault="00487899">
                  <w:pPr>
                    <w:spacing w:before="40" w:after="40"/>
                  </w:pPr>
                </w:p>
              </w:tc>
            </w:tr>
            <w:tr w:rsidR="00487899" w14:paraId="15EB189B" w14:textId="77777777">
              <w:trPr>
                <w:trHeight w:val="311"/>
              </w:trPr>
              <w:tc>
                <w:tcPr>
                  <w:tcW w:w="2041" w:type="dxa"/>
                  <w:vAlign w:val="center"/>
                </w:tcPr>
                <w:p w14:paraId="12464A91" w14:textId="77777777" w:rsidR="00487899" w:rsidRDefault="004C7FC3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2025</w:t>
                  </w:r>
                </w:p>
              </w:tc>
              <w:tc>
                <w:tcPr>
                  <w:tcW w:w="2154" w:type="dxa"/>
                  <w:shd w:val="clear" w:color="auto" w:fill="FCE4D6"/>
                  <w:vAlign w:val="center"/>
                </w:tcPr>
                <w:p w14:paraId="2DA74BCF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1474" w:type="dxa"/>
                  <w:shd w:val="clear" w:color="auto" w:fill="FCE4D6"/>
                  <w:vAlign w:val="center"/>
                </w:tcPr>
                <w:p w14:paraId="06140158" w14:textId="77777777" w:rsidR="00487899" w:rsidRDefault="00487899">
                  <w:pPr>
                    <w:spacing w:before="40" w:after="40"/>
                  </w:pPr>
                </w:p>
              </w:tc>
              <w:tc>
                <w:tcPr>
                  <w:tcW w:w="2891" w:type="dxa"/>
                  <w:shd w:val="clear" w:color="auto" w:fill="FCE4D6"/>
                  <w:vAlign w:val="center"/>
                </w:tcPr>
                <w:p w14:paraId="488448D6" w14:textId="77777777" w:rsidR="00487899" w:rsidRDefault="00487899">
                  <w:pPr>
                    <w:spacing w:before="40" w:after="40"/>
                  </w:pPr>
                </w:p>
              </w:tc>
            </w:tr>
            <w:tr w:rsidR="00487899" w:rsidRPr="006E4E6F" w14:paraId="0B589C25" w14:textId="77777777" w:rsidTr="00E2148B">
              <w:trPr>
                <w:trHeight w:val="311"/>
              </w:trPr>
              <w:tc>
                <w:tcPr>
                  <w:tcW w:w="2041" w:type="dxa"/>
                  <w:vAlign w:val="center"/>
                </w:tcPr>
                <w:p w14:paraId="771BA422" w14:textId="77777777" w:rsidR="00487899" w:rsidRPr="00E2148B" w:rsidRDefault="004C7FC3">
                  <w:pPr>
                    <w:spacing w:before="40" w:after="40"/>
                    <w:rPr>
                      <w:lang w:val="it-IT"/>
                    </w:rPr>
                  </w:pPr>
                  <w:r w:rsidRPr="00E2148B">
                    <w:rPr>
                      <w:b/>
                      <w:sz w:val="17"/>
                      <w:lang w:val="it-IT"/>
                    </w:rPr>
                    <w:t>Totale dei tre migliori esercizi</w:t>
                  </w:r>
                </w:p>
              </w:tc>
              <w:tc>
                <w:tcPr>
                  <w:tcW w:w="2154" w:type="dxa"/>
                  <w:shd w:val="clear" w:color="auto" w:fill="FCE4D6"/>
                  <w:vAlign w:val="center"/>
                </w:tcPr>
                <w:p w14:paraId="7A74A489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4365" w:type="dxa"/>
                  <w:gridSpan w:val="2"/>
                  <w:vAlign w:val="center"/>
                </w:tcPr>
                <w:p w14:paraId="67D90318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</w:tbl>
          <w:p w14:paraId="549B2330" w14:textId="77777777" w:rsidR="00487899" w:rsidRPr="00E2148B" w:rsidRDefault="00487899">
            <w:pPr>
              <w:rPr>
                <w:lang w:val="it-IT"/>
              </w:rPr>
            </w:pPr>
          </w:p>
          <w:p w14:paraId="5EA1D8FA" w14:textId="77777777" w:rsidR="00487899" w:rsidRPr="00E2148B" w:rsidRDefault="00487899">
            <w:pPr>
              <w:spacing w:after="20"/>
              <w:rPr>
                <w:lang w:val="it-IT"/>
              </w:rPr>
            </w:pPr>
          </w:p>
        </w:tc>
      </w:tr>
      <w:tr w:rsidR="00487899" w:rsidRPr="006E4E6F" w14:paraId="72369B61" w14:textId="77777777">
        <w:trPr>
          <w:cantSplit/>
        </w:trPr>
        <w:tc>
          <w:tcPr>
            <w:tcW w:w="737" w:type="dxa"/>
            <w:shd w:val="clear" w:color="auto" w:fill="F2F2F2"/>
          </w:tcPr>
          <w:p w14:paraId="6A94D67D" w14:textId="77777777" w:rsidR="00487899" w:rsidRDefault="004C7FC3">
            <w:pPr>
              <w:spacing w:before="40" w:after="40"/>
              <w:jc w:val="center"/>
            </w:pPr>
            <w:r>
              <w:rPr>
                <w:b/>
              </w:rPr>
              <w:lastRenderedPageBreak/>
              <w:t>C.2</w:t>
            </w:r>
          </w:p>
        </w:tc>
        <w:tc>
          <w:tcPr>
            <w:tcW w:w="8901" w:type="dxa"/>
            <w:vAlign w:val="center"/>
          </w:tcPr>
          <w:p w14:paraId="6AF56C6D" w14:textId="77777777" w:rsidR="00487899" w:rsidRPr="00E2148B" w:rsidRDefault="004C7FC3">
            <w:pPr>
              <w:spacing w:before="40" w:after="40"/>
              <w:jc w:val="both"/>
              <w:rPr>
                <w:lang w:val="it-IT"/>
              </w:rPr>
            </w:pPr>
            <w:r w:rsidRPr="00E2148B">
              <w:rPr>
                <w:lang w:val="it-IT"/>
              </w:rPr>
              <w:t>di aver eseguito con buon esito, per almeno tre anni nel decennio precedente la data di pubblicazione dell’Avviso, contratti aventi ad oggetto la gestione di aree verdi attrezzate o impianti ludico-sportivi ovvero la gestione di attività ludico-ricreative e/o sportive in ambiente naturale o assimilabile (a titolo esemplificativo: parchi avventura, impianti sportivi all’aperto, aree verdi attrezzate) (art. 10, lett. C, punto b, dell’Avviso), come dettagliato nella seguente Tabella 2.</w:t>
            </w:r>
          </w:p>
          <w:p w14:paraId="644D7B78" w14:textId="77777777" w:rsidR="00487899" w:rsidRPr="00E2148B" w:rsidRDefault="004C7FC3">
            <w:pPr>
              <w:spacing w:before="40" w:after="80"/>
              <w:jc w:val="both"/>
              <w:rPr>
                <w:lang w:val="it-IT"/>
              </w:rPr>
            </w:pPr>
            <w:r w:rsidRPr="00E2148B">
              <w:rPr>
                <w:i/>
                <w:sz w:val="17"/>
                <w:lang w:val="it-IT"/>
              </w:rPr>
              <w:t>Per “buon esito” si intende che i contratti non si sono conclusi con risoluzione per inadempimento, né hanno dato luogo a condanna al risarcimento del danno o ad altre sanzioni comparabili.</w:t>
            </w:r>
          </w:p>
          <w:tbl>
            <w:tblPr>
              <w:tblW w:w="0" w:type="auto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41"/>
              <w:gridCol w:w="1928"/>
              <w:gridCol w:w="1644"/>
              <w:gridCol w:w="1361"/>
              <w:gridCol w:w="1587"/>
            </w:tblGrid>
            <w:tr w:rsidR="00487899" w:rsidRPr="006E4E6F" w14:paraId="1B9C6A25" w14:textId="77777777">
              <w:tc>
                <w:tcPr>
                  <w:tcW w:w="2041" w:type="dxa"/>
                  <w:vAlign w:val="center"/>
                </w:tcPr>
                <w:p w14:paraId="0B869DC3" w14:textId="77777777" w:rsidR="00487899" w:rsidRPr="00E2148B" w:rsidRDefault="004C7FC3">
                  <w:pPr>
                    <w:spacing w:before="40" w:after="40"/>
                    <w:jc w:val="center"/>
                    <w:rPr>
                      <w:lang w:val="it-IT"/>
                    </w:rPr>
                  </w:pPr>
                  <w:r w:rsidRPr="00E2148B">
                    <w:rPr>
                      <w:b/>
                      <w:sz w:val="15"/>
                      <w:lang w:val="it-IT"/>
                    </w:rPr>
                    <w:t>Committente (per soggetti pubblici: estremi dell’atto di affidamento/concessione)</w:t>
                  </w:r>
                </w:p>
              </w:tc>
              <w:tc>
                <w:tcPr>
                  <w:tcW w:w="1928" w:type="dxa"/>
                  <w:vAlign w:val="center"/>
                </w:tcPr>
                <w:p w14:paraId="465EFC49" w14:textId="77777777" w:rsidR="00487899" w:rsidRPr="00E2148B" w:rsidRDefault="004C7FC3">
                  <w:pPr>
                    <w:spacing w:before="40" w:after="40"/>
                    <w:jc w:val="center"/>
                    <w:rPr>
                      <w:lang w:val="it-IT"/>
                    </w:rPr>
                  </w:pPr>
                  <w:r w:rsidRPr="00E2148B">
                    <w:rPr>
                      <w:b/>
                      <w:sz w:val="15"/>
                      <w:lang w:val="it-IT"/>
                    </w:rPr>
                    <w:t>Oggetto del contratto e attività svolte</w:t>
                  </w:r>
                </w:p>
              </w:tc>
              <w:tc>
                <w:tcPr>
                  <w:tcW w:w="1644" w:type="dxa"/>
                  <w:vAlign w:val="center"/>
                </w:tcPr>
                <w:p w14:paraId="45014A12" w14:textId="77777777" w:rsidR="00487899" w:rsidRPr="00E2148B" w:rsidRDefault="004C7FC3">
                  <w:pPr>
                    <w:spacing w:before="40" w:after="40"/>
                    <w:jc w:val="center"/>
                    <w:rPr>
                      <w:lang w:val="it-IT"/>
                    </w:rPr>
                  </w:pPr>
                  <w:r w:rsidRPr="00E2148B">
                    <w:rPr>
                      <w:b/>
                      <w:sz w:val="15"/>
                      <w:lang w:val="it-IT"/>
                    </w:rPr>
                    <w:t>Luogo e tipologia dell’area o impianto</w:t>
                  </w:r>
                </w:p>
              </w:tc>
              <w:tc>
                <w:tcPr>
                  <w:tcW w:w="1361" w:type="dxa"/>
                  <w:vAlign w:val="center"/>
                </w:tcPr>
                <w:p w14:paraId="5D836E4D" w14:textId="77777777" w:rsidR="00487899" w:rsidRPr="00E2148B" w:rsidRDefault="004C7FC3">
                  <w:pPr>
                    <w:spacing w:before="40" w:after="40"/>
                    <w:jc w:val="center"/>
                    <w:rPr>
                      <w:lang w:val="it-IT"/>
                    </w:rPr>
                  </w:pPr>
                  <w:r w:rsidRPr="00E2148B">
                    <w:rPr>
                      <w:b/>
                      <w:sz w:val="15"/>
                      <w:lang w:val="it-IT"/>
                    </w:rPr>
                    <w:t>Tipologia di rapporto (concessione, appalto, altro)</w:t>
                  </w:r>
                </w:p>
              </w:tc>
              <w:tc>
                <w:tcPr>
                  <w:tcW w:w="1587" w:type="dxa"/>
                  <w:vAlign w:val="center"/>
                </w:tcPr>
                <w:p w14:paraId="162B710B" w14:textId="77777777" w:rsidR="00487899" w:rsidRPr="00E2148B" w:rsidRDefault="004C7FC3">
                  <w:pPr>
                    <w:spacing w:before="40" w:after="40"/>
                    <w:jc w:val="center"/>
                    <w:rPr>
                      <w:lang w:val="it-IT"/>
                    </w:rPr>
                  </w:pPr>
                  <w:r w:rsidRPr="00E2148B">
                    <w:rPr>
                      <w:b/>
                      <w:sz w:val="15"/>
                      <w:lang w:val="it-IT"/>
                    </w:rPr>
                    <w:t>Periodo di esecuzione (dal – al)</w:t>
                  </w:r>
                </w:p>
              </w:tc>
            </w:tr>
            <w:tr w:rsidR="00487899" w:rsidRPr="006E4E6F" w14:paraId="293121A2" w14:textId="77777777">
              <w:trPr>
                <w:trHeight w:val="425"/>
              </w:trPr>
              <w:tc>
                <w:tcPr>
                  <w:tcW w:w="2041" w:type="dxa"/>
                  <w:shd w:val="clear" w:color="auto" w:fill="FCE4D6"/>
                  <w:vAlign w:val="center"/>
                </w:tcPr>
                <w:p w14:paraId="5AA0DB4A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928" w:type="dxa"/>
                  <w:shd w:val="clear" w:color="auto" w:fill="FCE4D6"/>
                  <w:vAlign w:val="center"/>
                </w:tcPr>
                <w:p w14:paraId="68099B85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644" w:type="dxa"/>
                  <w:shd w:val="clear" w:color="auto" w:fill="FCE4D6"/>
                  <w:vAlign w:val="center"/>
                </w:tcPr>
                <w:p w14:paraId="53A01DE6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361" w:type="dxa"/>
                  <w:shd w:val="clear" w:color="auto" w:fill="FCE4D6"/>
                  <w:vAlign w:val="center"/>
                </w:tcPr>
                <w:p w14:paraId="40A7DF90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587" w:type="dxa"/>
                  <w:shd w:val="clear" w:color="auto" w:fill="FCE4D6"/>
                  <w:vAlign w:val="center"/>
                </w:tcPr>
                <w:p w14:paraId="03387D72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  <w:tr w:rsidR="00487899" w:rsidRPr="006E4E6F" w14:paraId="63E98C46" w14:textId="77777777">
              <w:trPr>
                <w:trHeight w:val="425"/>
              </w:trPr>
              <w:tc>
                <w:tcPr>
                  <w:tcW w:w="2041" w:type="dxa"/>
                  <w:shd w:val="clear" w:color="auto" w:fill="FCE4D6"/>
                  <w:vAlign w:val="center"/>
                </w:tcPr>
                <w:p w14:paraId="5CE40591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928" w:type="dxa"/>
                  <w:shd w:val="clear" w:color="auto" w:fill="FCE4D6"/>
                  <w:vAlign w:val="center"/>
                </w:tcPr>
                <w:p w14:paraId="32B6619F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644" w:type="dxa"/>
                  <w:shd w:val="clear" w:color="auto" w:fill="FCE4D6"/>
                  <w:vAlign w:val="center"/>
                </w:tcPr>
                <w:p w14:paraId="19CBD15A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361" w:type="dxa"/>
                  <w:shd w:val="clear" w:color="auto" w:fill="FCE4D6"/>
                  <w:vAlign w:val="center"/>
                </w:tcPr>
                <w:p w14:paraId="3B2B3333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587" w:type="dxa"/>
                  <w:shd w:val="clear" w:color="auto" w:fill="FCE4D6"/>
                  <w:vAlign w:val="center"/>
                </w:tcPr>
                <w:p w14:paraId="03580CA3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  <w:tr w:rsidR="00487899" w:rsidRPr="006E4E6F" w14:paraId="77C40586" w14:textId="77777777">
              <w:trPr>
                <w:trHeight w:val="425"/>
              </w:trPr>
              <w:tc>
                <w:tcPr>
                  <w:tcW w:w="2041" w:type="dxa"/>
                  <w:shd w:val="clear" w:color="auto" w:fill="FCE4D6"/>
                  <w:vAlign w:val="center"/>
                </w:tcPr>
                <w:p w14:paraId="11B74913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928" w:type="dxa"/>
                  <w:shd w:val="clear" w:color="auto" w:fill="FCE4D6"/>
                  <w:vAlign w:val="center"/>
                </w:tcPr>
                <w:p w14:paraId="3F7B2A1B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644" w:type="dxa"/>
                  <w:shd w:val="clear" w:color="auto" w:fill="FCE4D6"/>
                  <w:vAlign w:val="center"/>
                </w:tcPr>
                <w:p w14:paraId="730B1D3B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361" w:type="dxa"/>
                  <w:shd w:val="clear" w:color="auto" w:fill="FCE4D6"/>
                  <w:vAlign w:val="center"/>
                </w:tcPr>
                <w:p w14:paraId="0C6D4EF5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587" w:type="dxa"/>
                  <w:shd w:val="clear" w:color="auto" w:fill="FCE4D6"/>
                  <w:vAlign w:val="center"/>
                </w:tcPr>
                <w:p w14:paraId="587ABD7B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  <w:tr w:rsidR="00487899" w:rsidRPr="006E4E6F" w14:paraId="3A15BEF1" w14:textId="77777777">
              <w:trPr>
                <w:trHeight w:val="425"/>
              </w:trPr>
              <w:tc>
                <w:tcPr>
                  <w:tcW w:w="2041" w:type="dxa"/>
                  <w:shd w:val="clear" w:color="auto" w:fill="FCE4D6"/>
                  <w:vAlign w:val="center"/>
                </w:tcPr>
                <w:p w14:paraId="3614F0D3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928" w:type="dxa"/>
                  <w:shd w:val="clear" w:color="auto" w:fill="FCE4D6"/>
                  <w:vAlign w:val="center"/>
                </w:tcPr>
                <w:p w14:paraId="5C678DF7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644" w:type="dxa"/>
                  <w:shd w:val="clear" w:color="auto" w:fill="FCE4D6"/>
                  <w:vAlign w:val="center"/>
                </w:tcPr>
                <w:p w14:paraId="0BBE293B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361" w:type="dxa"/>
                  <w:shd w:val="clear" w:color="auto" w:fill="FCE4D6"/>
                  <w:vAlign w:val="center"/>
                </w:tcPr>
                <w:p w14:paraId="19407083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587" w:type="dxa"/>
                  <w:shd w:val="clear" w:color="auto" w:fill="FCE4D6"/>
                  <w:vAlign w:val="center"/>
                </w:tcPr>
                <w:p w14:paraId="58290E48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  <w:tr w:rsidR="00487899" w:rsidRPr="006E4E6F" w14:paraId="13323C8C" w14:textId="77777777">
              <w:trPr>
                <w:trHeight w:val="425"/>
              </w:trPr>
              <w:tc>
                <w:tcPr>
                  <w:tcW w:w="2041" w:type="dxa"/>
                  <w:shd w:val="clear" w:color="auto" w:fill="FCE4D6"/>
                  <w:vAlign w:val="center"/>
                </w:tcPr>
                <w:p w14:paraId="6F4AF4C5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928" w:type="dxa"/>
                  <w:shd w:val="clear" w:color="auto" w:fill="FCE4D6"/>
                  <w:vAlign w:val="center"/>
                </w:tcPr>
                <w:p w14:paraId="299D25E0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644" w:type="dxa"/>
                  <w:shd w:val="clear" w:color="auto" w:fill="FCE4D6"/>
                  <w:vAlign w:val="center"/>
                </w:tcPr>
                <w:p w14:paraId="0CC2C30B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361" w:type="dxa"/>
                  <w:shd w:val="clear" w:color="auto" w:fill="FCE4D6"/>
                  <w:vAlign w:val="center"/>
                </w:tcPr>
                <w:p w14:paraId="26C1271C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587" w:type="dxa"/>
                  <w:shd w:val="clear" w:color="auto" w:fill="FCE4D6"/>
                  <w:vAlign w:val="center"/>
                </w:tcPr>
                <w:p w14:paraId="5B0613CB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  <w:tr w:rsidR="00487899" w:rsidRPr="006E4E6F" w14:paraId="6A2523DE" w14:textId="77777777">
              <w:trPr>
                <w:trHeight w:val="425"/>
              </w:trPr>
              <w:tc>
                <w:tcPr>
                  <w:tcW w:w="2041" w:type="dxa"/>
                  <w:shd w:val="clear" w:color="auto" w:fill="FCE4D6"/>
                  <w:vAlign w:val="center"/>
                </w:tcPr>
                <w:p w14:paraId="09498C9F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928" w:type="dxa"/>
                  <w:shd w:val="clear" w:color="auto" w:fill="FCE4D6"/>
                  <w:vAlign w:val="center"/>
                </w:tcPr>
                <w:p w14:paraId="65A4675B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644" w:type="dxa"/>
                  <w:shd w:val="clear" w:color="auto" w:fill="FCE4D6"/>
                  <w:vAlign w:val="center"/>
                </w:tcPr>
                <w:p w14:paraId="6F1E05B7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361" w:type="dxa"/>
                  <w:shd w:val="clear" w:color="auto" w:fill="FCE4D6"/>
                  <w:vAlign w:val="center"/>
                </w:tcPr>
                <w:p w14:paraId="6DCE40C1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  <w:tc>
                <w:tcPr>
                  <w:tcW w:w="1587" w:type="dxa"/>
                  <w:shd w:val="clear" w:color="auto" w:fill="FCE4D6"/>
                  <w:vAlign w:val="center"/>
                </w:tcPr>
                <w:p w14:paraId="1C970EF2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</w:tbl>
          <w:p w14:paraId="2DDDE034" w14:textId="77777777" w:rsidR="00487899" w:rsidRPr="00E2148B" w:rsidRDefault="00487899">
            <w:pPr>
              <w:rPr>
                <w:lang w:val="it-IT"/>
              </w:rPr>
            </w:pPr>
          </w:p>
          <w:p w14:paraId="33EEFB97" w14:textId="77777777" w:rsidR="00487899" w:rsidRPr="00E2148B" w:rsidRDefault="004C7FC3">
            <w:pPr>
              <w:spacing w:before="60" w:after="60"/>
              <w:rPr>
                <w:lang w:val="it-IT"/>
              </w:rPr>
            </w:pPr>
            <w:r w:rsidRPr="00E2148B">
              <w:rPr>
                <w:i/>
                <w:sz w:val="16"/>
                <w:lang w:val="it-IT"/>
              </w:rPr>
              <w:t>Ai fini del requisito rilevano i soli periodi di esecuzione ricadenti nel decennio precedente la pubblicazione dell’Avviso. In caso di ulteriori referenze è possibile aggiungere altre righe.</w:t>
            </w:r>
          </w:p>
        </w:tc>
      </w:tr>
      <w:tr w:rsidR="00487899" w:rsidRPr="006E4E6F" w14:paraId="7047715B" w14:textId="77777777">
        <w:trPr>
          <w:cantSplit/>
        </w:trPr>
        <w:tc>
          <w:tcPr>
            <w:tcW w:w="737" w:type="dxa"/>
            <w:shd w:val="clear" w:color="auto" w:fill="F2F2F2"/>
          </w:tcPr>
          <w:p w14:paraId="33F3DC0A" w14:textId="77777777" w:rsidR="00487899" w:rsidRDefault="004C7FC3">
            <w:pPr>
              <w:spacing w:before="40" w:after="40"/>
              <w:jc w:val="center"/>
            </w:pPr>
            <w:r>
              <w:rPr>
                <w:b/>
              </w:rPr>
              <w:t>C.3</w:t>
            </w:r>
          </w:p>
        </w:tc>
        <w:tc>
          <w:tcPr>
            <w:tcW w:w="8901" w:type="dxa"/>
            <w:vAlign w:val="center"/>
          </w:tcPr>
          <w:p w14:paraId="2D4D3297" w14:textId="77777777" w:rsidR="00487899" w:rsidRPr="00E2148B" w:rsidRDefault="004C7FC3">
            <w:pPr>
              <w:spacing w:before="40" w:after="80"/>
              <w:jc w:val="both"/>
              <w:rPr>
                <w:lang w:val="it-IT"/>
              </w:rPr>
            </w:pPr>
            <w:r w:rsidRPr="00E2148B">
              <w:rPr>
                <w:lang w:val="it-IT"/>
              </w:rPr>
              <w:t>(solo in caso di partecipazione in forma associata) che i requisiti di cui ai punti C.1 e C.2 sono posseduti dal raggruppamento nel suo complesso e che l’apporto del soggetto dichiarante è il seguente:</w:t>
            </w:r>
          </w:p>
          <w:tbl>
            <w:tblPr>
              <w:tblW w:w="0" w:type="auto"/>
              <w:tblBorders>
                <w:top w:val="single" w:sz="4" w:space="0" w:color="808080"/>
                <w:left w:val="single" w:sz="4" w:space="0" w:color="808080"/>
                <w:bottom w:val="single" w:sz="4" w:space="0" w:color="808080"/>
                <w:right w:val="single" w:sz="4" w:space="0" w:color="808080"/>
                <w:insideH w:val="single" w:sz="4" w:space="0" w:color="808080"/>
                <w:insideV w:val="single" w:sz="4" w:space="0" w:color="8080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81"/>
              <w:gridCol w:w="6180"/>
            </w:tblGrid>
            <w:tr w:rsidR="00487899" w14:paraId="46922BDE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059AA539" w14:textId="77777777" w:rsidR="00487899" w:rsidRDefault="004C7FC3">
                  <w:pPr>
                    <w:spacing w:before="40" w:after="40"/>
                  </w:pPr>
                  <w:proofErr w:type="spellStart"/>
                  <w:r>
                    <w:rPr>
                      <w:sz w:val="17"/>
                    </w:rPr>
                    <w:t>Apporto</w:t>
                  </w:r>
                  <w:proofErr w:type="spellEnd"/>
                  <w:r>
                    <w:rPr>
                      <w:sz w:val="17"/>
                    </w:rPr>
                    <w:t xml:space="preserve"> al </w:t>
                  </w:r>
                  <w:proofErr w:type="spellStart"/>
                  <w:r>
                    <w:rPr>
                      <w:sz w:val="17"/>
                    </w:rPr>
                    <w:t>requisito</w:t>
                  </w:r>
                  <w:proofErr w:type="spellEnd"/>
                  <w:r>
                    <w:rPr>
                      <w:sz w:val="17"/>
                    </w:rPr>
                    <w:t xml:space="preserve"> C.1 (€)</w:t>
                  </w:r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18C1316F" w14:textId="77777777" w:rsidR="00487899" w:rsidRDefault="00487899">
                  <w:pPr>
                    <w:spacing w:before="40" w:after="40"/>
                  </w:pPr>
                </w:p>
              </w:tc>
            </w:tr>
            <w:tr w:rsidR="00487899" w:rsidRPr="006E4E6F" w14:paraId="3C40FA4A" w14:textId="77777777">
              <w:trPr>
                <w:trHeight w:val="311"/>
              </w:trPr>
              <w:tc>
                <w:tcPr>
                  <w:tcW w:w="2381" w:type="dxa"/>
                  <w:vAlign w:val="center"/>
                </w:tcPr>
                <w:p w14:paraId="70A9B47E" w14:textId="77777777" w:rsidR="00487899" w:rsidRPr="00E2148B" w:rsidRDefault="004C7FC3">
                  <w:pPr>
                    <w:spacing w:before="40" w:after="40"/>
                    <w:rPr>
                      <w:lang w:val="it-IT"/>
                    </w:rPr>
                  </w:pPr>
                  <w:r w:rsidRPr="00E2148B">
                    <w:rPr>
                      <w:sz w:val="17"/>
                      <w:lang w:val="it-IT"/>
                    </w:rPr>
                    <w:t>Apporto al requisito C.2 (contratti / periodi)</w:t>
                  </w:r>
                </w:p>
              </w:tc>
              <w:tc>
                <w:tcPr>
                  <w:tcW w:w="6180" w:type="dxa"/>
                  <w:shd w:val="clear" w:color="auto" w:fill="FCE4D6"/>
                  <w:vAlign w:val="center"/>
                </w:tcPr>
                <w:p w14:paraId="397E459A" w14:textId="77777777" w:rsidR="00487899" w:rsidRPr="00E2148B" w:rsidRDefault="00487899">
                  <w:pPr>
                    <w:spacing w:before="40" w:after="40"/>
                    <w:rPr>
                      <w:lang w:val="it-IT"/>
                    </w:rPr>
                  </w:pPr>
                </w:p>
              </w:tc>
            </w:tr>
          </w:tbl>
          <w:p w14:paraId="23CEBE74" w14:textId="77777777" w:rsidR="00487899" w:rsidRPr="00E2148B" w:rsidRDefault="00487899">
            <w:pPr>
              <w:rPr>
                <w:lang w:val="it-IT"/>
              </w:rPr>
            </w:pPr>
          </w:p>
          <w:p w14:paraId="4D6D2C40" w14:textId="77777777" w:rsidR="00487899" w:rsidRPr="00E2148B" w:rsidRDefault="00487899">
            <w:pPr>
              <w:spacing w:after="20"/>
              <w:rPr>
                <w:lang w:val="it-IT"/>
              </w:rPr>
            </w:pPr>
          </w:p>
        </w:tc>
      </w:tr>
    </w:tbl>
    <w:p w14:paraId="7FD4B5A7" w14:textId="77777777" w:rsidR="00487899" w:rsidRPr="00E2148B" w:rsidRDefault="00487899">
      <w:pPr>
        <w:spacing w:after="200"/>
        <w:rPr>
          <w:lang w:val="it-IT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487899" w14:paraId="0EC2108E" w14:textId="77777777">
        <w:trPr>
          <w:tblHeader/>
        </w:trPr>
        <w:tc>
          <w:tcPr>
            <w:tcW w:w="8901" w:type="dxa"/>
            <w:gridSpan w:val="2"/>
            <w:shd w:val="clear" w:color="auto" w:fill="FCE4D6"/>
            <w:vAlign w:val="center"/>
          </w:tcPr>
          <w:p w14:paraId="1E49C2C7" w14:textId="77777777" w:rsidR="00487899" w:rsidRDefault="004C7FC3">
            <w:pPr>
              <w:spacing w:before="80" w:after="80"/>
            </w:pPr>
            <w:r>
              <w:rPr>
                <w:b/>
              </w:rPr>
              <w:t>D. ULTERIORI DICHIARAZIONI</w:t>
            </w:r>
          </w:p>
        </w:tc>
      </w:tr>
      <w:tr w:rsidR="00487899" w:rsidRPr="006E4E6F" w14:paraId="1DEE4FDF" w14:textId="77777777">
        <w:trPr>
          <w:cantSplit/>
        </w:trPr>
        <w:tc>
          <w:tcPr>
            <w:tcW w:w="737" w:type="dxa"/>
            <w:shd w:val="clear" w:color="auto" w:fill="F2F2F2"/>
          </w:tcPr>
          <w:p w14:paraId="4601DD45" w14:textId="77777777" w:rsidR="00487899" w:rsidRDefault="004C7FC3">
            <w:pPr>
              <w:spacing w:before="40" w:after="40"/>
              <w:jc w:val="center"/>
            </w:pPr>
            <w:r>
              <w:rPr>
                <w:b/>
              </w:rPr>
              <w:t>D.1</w:t>
            </w:r>
          </w:p>
        </w:tc>
        <w:tc>
          <w:tcPr>
            <w:tcW w:w="8901" w:type="dxa"/>
            <w:vAlign w:val="center"/>
          </w:tcPr>
          <w:p w14:paraId="5092770F" w14:textId="77777777" w:rsidR="00487899" w:rsidRPr="00E2148B" w:rsidRDefault="004C7FC3">
            <w:pPr>
              <w:spacing w:before="40" w:after="40"/>
              <w:jc w:val="both"/>
              <w:rPr>
                <w:lang w:val="it-IT"/>
              </w:rPr>
            </w:pPr>
            <w:r w:rsidRPr="00E2148B">
              <w:rPr>
                <w:lang w:val="it-IT"/>
              </w:rPr>
              <w:t>di impegnarsi a produrre, su richiesta dell’Amministrazione, la documentazione comprovante quanto dichiarato (a titolo esemplificativo: bilanci o dichiarazioni IVA degli esercizi indicati, attestazioni di regolare esecuzione rilasciate dai committenti, atti di affidamento o contratti);</w:t>
            </w:r>
          </w:p>
        </w:tc>
      </w:tr>
      <w:tr w:rsidR="00487899" w:rsidRPr="006E4E6F" w14:paraId="4C163515" w14:textId="77777777">
        <w:trPr>
          <w:cantSplit/>
        </w:trPr>
        <w:tc>
          <w:tcPr>
            <w:tcW w:w="737" w:type="dxa"/>
            <w:shd w:val="clear" w:color="auto" w:fill="F2F2F2"/>
          </w:tcPr>
          <w:p w14:paraId="5A7AD42F" w14:textId="77777777" w:rsidR="00487899" w:rsidRDefault="004C7FC3">
            <w:pPr>
              <w:spacing w:before="40" w:after="40"/>
              <w:jc w:val="center"/>
            </w:pPr>
            <w:r>
              <w:rPr>
                <w:b/>
              </w:rPr>
              <w:t>D.2</w:t>
            </w:r>
          </w:p>
        </w:tc>
        <w:tc>
          <w:tcPr>
            <w:tcW w:w="8901" w:type="dxa"/>
            <w:vAlign w:val="center"/>
          </w:tcPr>
          <w:p w14:paraId="352AF56D" w14:textId="77777777" w:rsidR="00487899" w:rsidRPr="00E2148B" w:rsidRDefault="004C7FC3">
            <w:pPr>
              <w:spacing w:before="40" w:after="40"/>
              <w:jc w:val="both"/>
              <w:rPr>
                <w:lang w:val="it-IT"/>
              </w:rPr>
            </w:pPr>
            <w:r w:rsidRPr="00E2148B">
              <w:rPr>
                <w:lang w:val="it-IT"/>
              </w:rPr>
              <w:t>di aver preso visione dell’informativa sul trattamento dei dati personali ai sensi dell’art. 13 del Regolamento UE n. 2016/679, riportata all’art. 28 dell’Avviso e in calce al Modello Allegato 2.</w:t>
            </w:r>
          </w:p>
        </w:tc>
      </w:tr>
    </w:tbl>
    <w:p w14:paraId="0AFF4258" w14:textId="77777777" w:rsidR="00487899" w:rsidRPr="00E2148B" w:rsidRDefault="00487899">
      <w:pPr>
        <w:spacing w:after="200"/>
        <w:rPr>
          <w:lang w:val="it-I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"/>
        <w:gridCol w:w="2551"/>
        <w:gridCol w:w="1134"/>
        <w:gridCol w:w="4932"/>
      </w:tblGrid>
      <w:tr w:rsidR="00487899" w14:paraId="371C208B" w14:textId="77777777">
        <w:trPr>
          <w:trHeight w:val="340"/>
        </w:trPr>
        <w:tc>
          <w:tcPr>
            <w:tcW w:w="1020" w:type="dxa"/>
            <w:vAlign w:val="center"/>
          </w:tcPr>
          <w:p w14:paraId="7DA0EA07" w14:textId="77777777" w:rsidR="00487899" w:rsidRDefault="004C7FC3">
            <w:pPr>
              <w:spacing w:before="40" w:after="40"/>
            </w:pPr>
            <w:proofErr w:type="spellStart"/>
            <w:r>
              <w:rPr>
                <w:b/>
              </w:rPr>
              <w:t>Luogo</w:t>
            </w:r>
            <w:proofErr w:type="spellEnd"/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vAlign w:val="center"/>
          </w:tcPr>
          <w:p w14:paraId="213F1A5D" w14:textId="77777777" w:rsidR="00487899" w:rsidRDefault="00487899">
            <w:pPr>
              <w:spacing w:before="40" w:after="40"/>
            </w:pPr>
          </w:p>
        </w:tc>
        <w:tc>
          <w:tcPr>
            <w:tcW w:w="1134" w:type="dxa"/>
          </w:tcPr>
          <w:p w14:paraId="0CE3132B" w14:textId="77777777" w:rsidR="00487899" w:rsidRDefault="00487899"/>
        </w:tc>
        <w:tc>
          <w:tcPr>
            <w:tcW w:w="4932" w:type="dxa"/>
            <w:vAlign w:val="center"/>
          </w:tcPr>
          <w:p w14:paraId="7E6300A1" w14:textId="77777777" w:rsidR="00487899" w:rsidRDefault="004C7FC3">
            <w:pPr>
              <w:spacing w:before="40" w:after="40"/>
              <w:jc w:val="center"/>
            </w:pPr>
            <w:r>
              <w:rPr>
                <w:b/>
              </w:rPr>
              <w:t>IL/LA DICHIARANTE</w:t>
            </w:r>
          </w:p>
        </w:tc>
      </w:tr>
      <w:tr w:rsidR="00487899" w14:paraId="298A866D" w14:textId="77777777">
        <w:trPr>
          <w:trHeight w:val="340"/>
        </w:trPr>
        <w:tc>
          <w:tcPr>
            <w:tcW w:w="1020" w:type="dxa"/>
            <w:vAlign w:val="center"/>
          </w:tcPr>
          <w:p w14:paraId="4D19384E" w14:textId="77777777" w:rsidR="00487899" w:rsidRDefault="004C7FC3">
            <w:pPr>
              <w:spacing w:before="40" w:after="40"/>
            </w:pPr>
            <w:r>
              <w:rPr>
                <w:b/>
              </w:rPr>
              <w:t>Data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vAlign w:val="center"/>
          </w:tcPr>
          <w:p w14:paraId="5B91F0EF" w14:textId="77777777" w:rsidR="00487899" w:rsidRDefault="00487899">
            <w:pPr>
              <w:spacing w:before="40" w:after="40"/>
            </w:pPr>
          </w:p>
        </w:tc>
        <w:tc>
          <w:tcPr>
            <w:tcW w:w="1134" w:type="dxa"/>
          </w:tcPr>
          <w:p w14:paraId="08D4F08C" w14:textId="77777777" w:rsidR="00487899" w:rsidRDefault="00487899"/>
        </w:tc>
        <w:tc>
          <w:tcPr>
            <w:tcW w:w="4932" w:type="dxa"/>
            <w:vAlign w:val="center"/>
          </w:tcPr>
          <w:p w14:paraId="6C1CD7AA" w14:textId="77777777" w:rsidR="00487899" w:rsidRDefault="004C7FC3">
            <w:pPr>
              <w:spacing w:before="40" w:after="40"/>
              <w:jc w:val="center"/>
            </w:pPr>
            <w:r>
              <w:rPr>
                <w:i/>
                <w:sz w:val="17"/>
              </w:rPr>
              <w:t>(firma leggibile)</w:t>
            </w:r>
          </w:p>
        </w:tc>
      </w:tr>
    </w:tbl>
    <w:p w14:paraId="4253CC34" w14:textId="77777777" w:rsidR="00487899" w:rsidRPr="006E4E6F" w:rsidRDefault="00487899">
      <w:pPr>
        <w:spacing w:after="240"/>
        <w:rPr>
          <w:sz w:val="6"/>
          <w:szCs w:val="6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638"/>
      </w:tblGrid>
      <w:tr w:rsidR="00487899" w:rsidRPr="006E4E6F" w14:paraId="01ABCC76" w14:textId="77777777">
        <w:tc>
          <w:tcPr>
            <w:tcW w:w="9638" w:type="dxa"/>
            <w:vAlign w:val="center"/>
          </w:tcPr>
          <w:p w14:paraId="23CDC11B" w14:textId="77777777" w:rsidR="00487899" w:rsidRPr="00E2148B" w:rsidRDefault="004C7FC3">
            <w:pPr>
              <w:spacing w:before="40" w:after="40"/>
              <w:rPr>
                <w:lang w:val="it-IT"/>
              </w:rPr>
            </w:pPr>
            <w:r w:rsidRPr="00E2148B">
              <w:rPr>
                <w:b/>
                <w:lang w:val="it-IT"/>
              </w:rPr>
              <w:t>Note</w:t>
            </w:r>
          </w:p>
          <w:p w14:paraId="2775F6F6" w14:textId="77777777" w:rsidR="00487899" w:rsidRPr="00E2148B" w:rsidRDefault="004C7FC3">
            <w:pPr>
              <w:spacing w:before="20" w:after="20"/>
              <w:ind w:left="227" w:hanging="283"/>
              <w:jc w:val="both"/>
              <w:rPr>
                <w:lang w:val="it-IT"/>
              </w:rPr>
            </w:pPr>
            <w:r w:rsidRPr="00E2148B">
              <w:rPr>
                <w:sz w:val="17"/>
                <w:lang w:val="it-IT"/>
              </w:rPr>
              <w:t>– la dichiarazione deve essere corredata da fotocopia leggibile, non autenticata, di un documento di identità in corso di validità del sottoscrittore;</w:t>
            </w:r>
          </w:p>
          <w:p w14:paraId="73900026" w14:textId="77777777" w:rsidR="00487899" w:rsidRPr="00E2148B" w:rsidRDefault="004C7FC3">
            <w:pPr>
              <w:spacing w:before="20" w:after="20"/>
              <w:ind w:left="227" w:hanging="283"/>
              <w:jc w:val="both"/>
              <w:rPr>
                <w:lang w:val="it-IT"/>
              </w:rPr>
            </w:pPr>
            <w:r w:rsidRPr="00E2148B">
              <w:rPr>
                <w:sz w:val="17"/>
                <w:lang w:val="it-IT"/>
              </w:rPr>
              <w:t>– se sottoscritta da procuratore o delegato, allegare la procura o la delega e i documenti di identità del delegato e del delegante;</w:t>
            </w:r>
          </w:p>
          <w:p w14:paraId="7662A843" w14:textId="77777777" w:rsidR="00487899" w:rsidRPr="00E2148B" w:rsidRDefault="004C7FC3">
            <w:pPr>
              <w:spacing w:before="20" w:after="20"/>
              <w:ind w:left="227" w:hanging="283"/>
              <w:jc w:val="both"/>
              <w:rPr>
                <w:lang w:val="it-IT"/>
              </w:rPr>
            </w:pPr>
            <w:r w:rsidRPr="00E2148B">
              <w:rPr>
                <w:sz w:val="17"/>
                <w:lang w:val="it-IT"/>
              </w:rPr>
              <w:t>– in caso di raggruppamento, consorzio o ATS, costituito o costituendo, il modulo è compilato e sottoscritto dal legale rappresentante di ciascun componente: il requisito di idoneità professionale (sezione B) è posseduto da ciascun componente, mentre i requisiti di cui alla sezione C devono essere soddisfatti dal raggruppamento nel suo complesso (art. 10 dell’Avviso);</w:t>
            </w:r>
          </w:p>
          <w:p w14:paraId="41DE1949" w14:textId="77777777" w:rsidR="00487899" w:rsidRPr="00E2148B" w:rsidRDefault="004C7FC3">
            <w:pPr>
              <w:spacing w:before="20" w:after="20"/>
              <w:ind w:left="227" w:hanging="283"/>
              <w:jc w:val="both"/>
              <w:rPr>
                <w:lang w:val="it-IT"/>
              </w:rPr>
            </w:pPr>
            <w:r w:rsidRPr="00E2148B">
              <w:rPr>
                <w:sz w:val="17"/>
                <w:lang w:val="it-IT"/>
              </w:rPr>
              <w:t>– l’Amministrazione si riserva di effettuare controlli sulla veridicità delle dichiarazioni rese, ai sensi dell’art. 71 del D.P.R. n. 445/2000;</w:t>
            </w:r>
          </w:p>
          <w:p w14:paraId="007CE49C" w14:textId="77777777" w:rsidR="00487899" w:rsidRPr="00E2148B" w:rsidRDefault="004C7FC3">
            <w:pPr>
              <w:spacing w:before="20" w:after="20"/>
              <w:ind w:left="227" w:hanging="283"/>
              <w:jc w:val="both"/>
              <w:rPr>
                <w:lang w:val="it-IT"/>
              </w:rPr>
            </w:pPr>
            <w:r w:rsidRPr="00E2148B">
              <w:rPr>
                <w:sz w:val="17"/>
                <w:lang w:val="it-IT"/>
              </w:rPr>
              <w:t>– il presente modulo deve essere siglato dal dichiarante su tutte le pagine.</w:t>
            </w:r>
          </w:p>
          <w:p w14:paraId="525AD50A" w14:textId="77777777" w:rsidR="00487899" w:rsidRPr="00E2148B" w:rsidRDefault="00487899">
            <w:pPr>
              <w:spacing w:after="20"/>
              <w:rPr>
                <w:lang w:val="it-IT"/>
              </w:rPr>
            </w:pPr>
          </w:p>
        </w:tc>
      </w:tr>
    </w:tbl>
    <w:p w14:paraId="36CF720E" w14:textId="77777777" w:rsidR="004C7FC3" w:rsidRPr="00E2148B" w:rsidRDefault="004C7FC3">
      <w:pPr>
        <w:rPr>
          <w:lang w:val="it-IT"/>
        </w:rPr>
      </w:pPr>
    </w:p>
    <w:sectPr w:rsidR="004C7FC3" w:rsidRPr="00E2148B" w:rsidSect="00034616">
      <w:headerReference w:type="default" r:id="rId8"/>
      <w:footerReference w:type="default" r:id="rId9"/>
      <w:pgSz w:w="11906" w:h="16838"/>
      <w:pgMar w:top="737" w:right="1134" w:bottom="850" w:left="1134" w:header="34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AB598" w14:textId="77777777" w:rsidR="003C5645" w:rsidRDefault="003C5645">
      <w:pPr>
        <w:spacing w:line="240" w:lineRule="auto"/>
      </w:pPr>
      <w:r>
        <w:separator/>
      </w:r>
    </w:p>
  </w:endnote>
  <w:endnote w:type="continuationSeparator" w:id="0">
    <w:p w14:paraId="57574BE6" w14:textId="77777777" w:rsidR="003C5645" w:rsidRDefault="003C56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345DC" w14:textId="77777777" w:rsidR="00487899" w:rsidRDefault="004C7FC3">
    <w:pPr>
      <w:pStyle w:val="Pidipagina"/>
      <w:jc w:val="center"/>
    </w:pPr>
    <w:r w:rsidRPr="00E2148B">
      <w:rPr>
        <w:sz w:val="16"/>
        <w:lang w:val="it-IT"/>
      </w:rPr>
      <w:t xml:space="preserve">Allegato 3 – Dichiarazione requisiti – Parco Avventura Cassinis – Pag. </w:t>
    </w:r>
    <w:r>
      <w:fldChar w:fldCharType="begin"/>
    </w:r>
    <w:r w:rsidRPr="00E2148B">
      <w:rPr>
        <w:lang w:val="it-IT"/>
      </w:rP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F6B0B" w14:textId="77777777" w:rsidR="003C5645" w:rsidRDefault="003C5645">
      <w:pPr>
        <w:spacing w:line="240" w:lineRule="auto"/>
      </w:pPr>
      <w:r>
        <w:separator/>
      </w:r>
    </w:p>
  </w:footnote>
  <w:footnote w:type="continuationSeparator" w:id="0">
    <w:p w14:paraId="47E53F54" w14:textId="77777777" w:rsidR="003C5645" w:rsidRDefault="003C56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487899" w14:paraId="111111E8" w14:textId="77777777">
      <w:tc>
        <w:tcPr>
          <w:tcW w:w="4819" w:type="dxa"/>
        </w:tcPr>
        <w:p w14:paraId="3455EB6A" w14:textId="62597322" w:rsidR="00487899" w:rsidRDefault="00487899"/>
      </w:tc>
      <w:tc>
        <w:tcPr>
          <w:tcW w:w="4819" w:type="dxa"/>
          <w:vAlign w:val="bottom"/>
        </w:tcPr>
        <w:p w14:paraId="5F350BC3" w14:textId="77777777" w:rsidR="00487899" w:rsidRDefault="004C7FC3">
          <w:pPr>
            <w:jc w:val="right"/>
          </w:pPr>
          <w:r>
            <w:rPr>
              <w:b/>
            </w:rPr>
            <w:t>ALLEGATO 3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2973213">
    <w:abstractNumId w:val="8"/>
  </w:num>
  <w:num w:numId="2" w16cid:durableId="1631207452">
    <w:abstractNumId w:val="6"/>
  </w:num>
  <w:num w:numId="3" w16cid:durableId="1023822036">
    <w:abstractNumId w:val="5"/>
  </w:num>
  <w:num w:numId="4" w16cid:durableId="1080178584">
    <w:abstractNumId w:val="4"/>
  </w:num>
  <w:num w:numId="5" w16cid:durableId="202525383">
    <w:abstractNumId w:val="7"/>
  </w:num>
  <w:num w:numId="6" w16cid:durableId="574124870">
    <w:abstractNumId w:val="3"/>
  </w:num>
  <w:num w:numId="7" w16cid:durableId="1236360523">
    <w:abstractNumId w:val="2"/>
  </w:num>
  <w:num w:numId="8" w16cid:durableId="990209829">
    <w:abstractNumId w:val="1"/>
  </w:num>
  <w:num w:numId="9" w16cid:durableId="904023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5645"/>
    <w:rsid w:val="00487899"/>
    <w:rsid w:val="004C7FC3"/>
    <w:rsid w:val="006E4E6F"/>
    <w:rsid w:val="00AA1D8D"/>
    <w:rsid w:val="00B47730"/>
    <w:rsid w:val="00CA4569"/>
    <w:rsid w:val="00CB0664"/>
    <w:rsid w:val="00D12BD7"/>
    <w:rsid w:val="00E214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AC4B3"/>
  <w14:defaultImageDpi w14:val="300"/>
  <w15:docId w15:val="{C64F0951-D911-4C27-A39A-A0A1C82D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 w:line="259" w:lineRule="auto"/>
    </w:pPr>
    <w:rPr>
      <w:rFonts w:ascii="Calibri" w:eastAsia="Calibri" w:hAnsi="Calibri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Tommaso Innocente</cp:lastModifiedBy>
  <cp:revision>4</cp:revision>
  <cp:lastPrinted>2026-09-30T19:45:00Z</cp:lastPrinted>
  <dcterms:created xsi:type="dcterms:W3CDTF">2013-12-23T23:15:00Z</dcterms:created>
  <dcterms:modified xsi:type="dcterms:W3CDTF">2026-09-30T19:45:00Z</dcterms:modified>
  <cp:category/>
</cp:coreProperties>
</file>