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A84A0" w14:textId="77777777" w:rsidR="00835AE3" w:rsidRPr="00E60F5F" w:rsidRDefault="001C0391">
      <w:pPr>
        <w:ind w:left="5839"/>
        <w:rPr>
          <w:lang w:val="it-IT"/>
        </w:rPr>
      </w:pPr>
      <w:r w:rsidRPr="00E60F5F">
        <w:rPr>
          <w:lang w:val="it-IT"/>
        </w:rPr>
        <w:t>Al</w:t>
      </w:r>
    </w:p>
    <w:p w14:paraId="42BED06E" w14:textId="77777777" w:rsidR="00835AE3" w:rsidRPr="00E60F5F" w:rsidRDefault="001C0391">
      <w:pPr>
        <w:ind w:left="5839"/>
        <w:rPr>
          <w:lang w:val="it-IT"/>
        </w:rPr>
      </w:pPr>
      <w:r w:rsidRPr="00E60F5F">
        <w:rPr>
          <w:b/>
          <w:lang w:val="it-IT"/>
        </w:rPr>
        <w:t>COMUNE DI MILANO</w:t>
      </w:r>
    </w:p>
    <w:p w14:paraId="2D4EF1CA" w14:textId="77777777" w:rsidR="00835AE3" w:rsidRPr="00E60F5F" w:rsidRDefault="001C0391">
      <w:pPr>
        <w:ind w:left="5839"/>
        <w:rPr>
          <w:lang w:val="it-IT"/>
        </w:rPr>
      </w:pPr>
      <w:r w:rsidRPr="00E60F5F">
        <w:rPr>
          <w:b/>
          <w:lang w:val="it-IT"/>
        </w:rPr>
        <w:t>Direzione Servizi Civici e Municipi</w:t>
      </w:r>
    </w:p>
    <w:p w14:paraId="489EA674" w14:textId="77777777" w:rsidR="00835AE3" w:rsidRPr="00E60F5F" w:rsidRDefault="001C0391">
      <w:pPr>
        <w:ind w:left="5839"/>
        <w:rPr>
          <w:lang w:val="it-IT"/>
        </w:rPr>
      </w:pPr>
      <w:r w:rsidRPr="00E60F5F">
        <w:rPr>
          <w:b/>
          <w:lang w:val="it-IT"/>
        </w:rPr>
        <w:t>Area Municipi – Ambito 3 – Municipio 4</w:t>
      </w:r>
    </w:p>
    <w:p w14:paraId="09648257" w14:textId="77777777" w:rsidR="00835AE3" w:rsidRPr="00E60F5F" w:rsidRDefault="001C0391">
      <w:pPr>
        <w:ind w:left="5839"/>
        <w:rPr>
          <w:lang w:val="it-IT"/>
        </w:rPr>
      </w:pPr>
      <w:r w:rsidRPr="00E60F5F">
        <w:rPr>
          <w:b/>
          <w:lang w:val="it-IT"/>
        </w:rPr>
        <w:t>Via Oglio 18 – 20139 Milano</w:t>
      </w:r>
    </w:p>
    <w:p w14:paraId="6FE9010B" w14:textId="77777777" w:rsidR="00835AE3" w:rsidRPr="00E60F5F" w:rsidRDefault="00835AE3">
      <w:pPr>
        <w:spacing w:after="160"/>
        <w:rPr>
          <w:lang w:val="it-IT"/>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005"/>
        <w:gridCol w:w="6633"/>
      </w:tblGrid>
      <w:tr w:rsidR="00835AE3" w:rsidRPr="00D50BB4" w14:paraId="732F3234" w14:textId="77777777">
        <w:tc>
          <w:tcPr>
            <w:tcW w:w="9638" w:type="dxa"/>
            <w:gridSpan w:val="2"/>
            <w:shd w:val="clear" w:color="auto" w:fill="FCE4D6"/>
            <w:vAlign w:val="center"/>
          </w:tcPr>
          <w:p w14:paraId="58DA0119" w14:textId="77777777" w:rsidR="00835AE3" w:rsidRPr="00E60F5F" w:rsidRDefault="001C0391">
            <w:pPr>
              <w:spacing w:before="100" w:after="40"/>
              <w:jc w:val="center"/>
              <w:rPr>
                <w:lang w:val="it-IT"/>
              </w:rPr>
            </w:pPr>
            <w:r w:rsidRPr="00E60F5F">
              <w:rPr>
                <w:b/>
                <w:sz w:val="24"/>
                <w:lang w:val="it-IT"/>
              </w:rPr>
              <w:t>DICHIARAZIONE SOSTITUTIVA DELL’ATTO DI NOTORIETÀ</w:t>
            </w:r>
          </w:p>
          <w:p w14:paraId="3E6910E5" w14:textId="77777777" w:rsidR="00835AE3" w:rsidRPr="00E60F5F" w:rsidRDefault="001C0391">
            <w:pPr>
              <w:spacing w:before="40" w:after="40"/>
              <w:jc w:val="center"/>
              <w:rPr>
                <w:lang w:val="it-IT"/>
              </w:rPr>
            </w:pPr>
            <w:r w:rsidRPr="00E60F5F">
              <w:rPr>
                <w:i/>
                <w:sz w:val="18"/>
                <w:lang w:val="it-IT"/>
              </w:rPr>
              <w:t>(art. 47 del D.P.R. 28 dicembre 2000, n. 445)</w:t>
            </w:r>
          </w:p>
          <w:p w14:paraId="5FBA01D9" w14:textId="77777777" w:rsidR="00835AE3" w:rsidRPr="00E60F5F" w:rsidRDefault="001C0391">
            <w:pPr>
              <w:spacing w:before="60" w:after="40"/>
              <w:jc w:val="center"/>
              <w:rPr>
                <w:lang w:val="it-IT"/>
              </w:rPr>
            </w:pPr>
            <w:r w:rsidRPr="00E60F5F">
              <w:rPr>
                <w:b/>
                <w:sz w:val="20"/>
                <w:lang w:val="it-IT"/>
              </w:rPr>
              <w:t>DICHIARAZIONE SUL TITOLARE EFFETTIVO (D.lgs. 21 novembre 2007, n. 231, e s.m.i.)</w:t>
            </w:r>
          </w:p>
          <w:p w14:paraId="7DE5C7CE" w14:textId="77777777" w:rsidR="00835AE3" w:rsidRPr="00E60F5F" w:rsidRDefault="001C0391">
            <w:pPr>
              <w:spacing w:before="60" w:after="100"/>
              <w:jc w:val="center"/>
              <w:rPr>
                <w:lang w:val="it-IT"/>
              </w:rPr>
            </w:pPr>
            <w:r w:rsidRPr="00E60F5F">
              <w:rPr>
                <w:b/>
                <w:sz w:val="18"/>
                <w:lang w:val="it-IT"/>
              </w:rPr>
              <w:t>AVVISO PUBBLICO PER L’AFFIDAMENTO IN CONCESSIONE D’USO DI UN’AREA DEL PARCO “GINO CASSINIS” PER LA REALIZZAZIONE E LA GESTIONE DI UN PARCO AVVENTURA</w:t>
            </w:r>
          </w:p>
        </w:tc>
      </w:tr>
      <w:tr w:rsidR="00835AE3" w14:paraId="74AFE3D7" w14:textId="77777777" w:rsidTr="00E60F5F">
        <w:tc>
          <w:tcPr>
            <w:tcW w:w="9638" w:type="dxa"/>
            <w:gridSpan w:val="2"/>
            <w:shd w:val="clear" w:color="auto" w:fill="FCE4D6"/>
            <w:vAlign w:val="center"/>
          </w:tcPr>
          <w:p w14:paraId="1B5706E3" w14:textId="77777777" w:rsidR="00835AE3" w:rsidRDefault="001C0391">
            <w:pPr>
              <w:spacing w:before="80" w:after="80"/>
            </w:pPr>
            <w:r>
              <w:rPr>
                <w:b/>
              </w:rPr>
              <w:t>DATI DEL DICHIARANTE</w:t>
            </w:r>
          </w:p>
        </w:tc>
      </w:tr>
      <w:tr w:rsidR="00835AE3" w14:paraId="7E90FB5E" w14:textId="77777777">
        <w:trPr>
          <w:trHeight w:val="351"/>
        </w:trPr>
        <w:tc>
          <w:tcPr>
            <w:tcW w:w="3005" w:type="dxa"/>
            <w:vAlign w:val="center"/>
          </w:tcPr>
          <w:p w14:paraId="1AC4A3D9" w14:textId="77777777" w:rsidR="00835AE3" w:rsidRDefault="001C0391">
            <w:pPr>
              <w:spacing w:before="40" w:after="40"/>
            </w:pPr>
            <w:r>
              <w:t>Nome</w:t>
            </w:r>
          </w:p>
        </w:tc>
        <w:tc>
          <w:tcPr>
            <w:tcW w:w="6633" w:type="dxa"/>
            <w:shd w:val="clear" w:color="auto" w:fill="FCE4D6"/>
            <w:vAlign w:val="center"/>
          </w:tcPr>
          <w:p w14:paraId="04CE6F50" w14:textId="77777777" w:rsidR="00835AE3" w:rsidRDefault="00835AE3">
            <w:pPr>
              <w:spacing w:before="40" w:after="40"/>
            </w:pPr>
          </w:p>
        </w:tc>
      </w:tr>
      <w:tr w:rsidR="00835AE3" w14:paraId="1508D711" w14:textId="77777777">
        <w:trPr>
          <w:trHeight w:val="351"/>
        </w:trPr>
        <w:tc>
          <w:tcPr>
            <w:tcW w:w="3005" w:type="dxa"/>
            <w:vAlign w:val="center"/>
          </w:tcPr>
          <w:p w14:paraId="1B0844E7" w14:textId="77777777" w:rsidR="00835AE3" w:rsidRDefault="001C0391">
            <w:pPr>
              <w:spacing w:before="40" w:after="40"/>
            </w:pPr>
            <w:r>
              <w:t>Cognome</w:t>
            </w:r>
          </w:p>
        </w:tc>
        <w:tc>
          <w:tcPr>
            <w:tcW w:w="6633" w:type="dxa"/>
            <w:shd w:val="clear" w:color="auto" w:fill="FCE4D6"/>
            <w:vAlign w:val="center"/>
          </w:tcPr>
          <w:p w14:paraId="27482038" w14:textId="77777777" w:rsidR="00835AE3" w:rsidRDefault="00835AE3">
            <w:pPr>
              <w:spacing w:before="40" w:after="40"/>
            </w:pPr>
          </w:p>
        </w:tc>
      </w:tr>
      <w:tr w:rsidR="00835AE3" w:rsidRPr="00D50BB4" w14:paraId="48598741" w14:textId="77777777">
        <w:trPr>
          <w:trHeight w:val="351"/>
        </w:trPr>
        <w:tc>
          <w:tcPr>
            <w:tcW w:w="3005" w:type="dxa"/>
            <w:vAlign w:val="center"/>
          </w:tcPr>
          <w:p w14:paraId="0F2F6F09" w14:textId="77777777" w:rsidR="00835AE3" w:rsidRPr="00E60F5F" w:rsidRDefault="001C0391">
            <w:pPr>
              <w:spacing w:before="40" w:after="40"/>
              <w:rPr>
                <w:lang w:val="it-IT"/>
              </w:rPr>
            </w:pPr>
            <w:r w:rsidRPr="00E60F5F">
              <w:rPr>
                <w:lang w:val="it-IT"/>
              </w:rPr>
              <w:t>Luogo e data di nascita</w:t>
            </w:r>
          </w:p>
        </w:tc>
        <w:tc>
          <w:tcPr>
            <w:tcW w:w="6633" w:type="dxa"/>
            <w:shd w:val="clear" w:color="auto" w:fill="FCE4D6"/>
            <w:vAlign w:val="center"/>
          </w:tcPr>
          <w:p w14:paraId="29C3672A" w14:textId="77777777" w:rsidR="00835AE3" w:rsidRPr="00E60F5F" w:rsidRDefault="00835AE3">
            <w:pPr>
              <w:spacing w:before="40" w:after="40"/>
              <w:rPr>
                <w:lang w:val="it-IT"/>
              </w:rPr>
            </w:pPr>
          </w:p>
        </w:tc>
      </w:tr>
      <w:tr w:rsidR="00835AE3" w14:paraId="23EE9C2A" w14:textId="77777777">
        <w:trPr>
          <w:trHeight w:val="351"/>
        </w:trPr>
        <w:tc>
          <w:tcPr>
            <w:tcW w:w="3005" w:type="dxa"/>
            <w:vAlign w:val="center"/>
          </w:tcPr>
          <w:p w14:paraId="2DA6B004" w14:textId="77777777" w:rsidR="00835AE3" w:rsidRDefault="001C0391">
            <w:pPr>
              <w:spacing w:before="40" w:after="40"/>
            </w:pPr>
            <w:r>
              <w:t>Codice fiscale</w:t>
            </w:r>
          </w:p>
        </w:tc>
        <w:tc>
          <w:tcPr>
            <w:tcW w:w="6633" w:type="dxa"/>
            <w:shd w:val="clear" w:color="auto" w:fill="FCE4D6"/>
            <w:vAlign w:val="center"/>
          </w:tcPr>
          <w:p w14:paraId="6EBB5667" w14:textId="77777777" w:rsidR="00835AE3" w:rsidRDefault="00835AE3">
            <w:pPr>
              <w:spacing w:before="40" w:after="40"/>
            </w:pPr>
          </w:p>
        </w:tc>
      </w:tr>
      <w:tr w:rsidR="00835AE3" w:rsidRPr="00D50BB4" w14:paraId="6B9FAC3D" w14:textId="77777777">
        <w:trPr>
          <w:trHeight w:val="351"/>
        </w:trPr>
        <w:tc>
          <w:tcPr>
            <w:tcW w:w="3005" w:type="dxa"/>
            <w:vAlign w:val="center"/>
          </w:tcPr>
          <w:p w14:paraId="13E9BCB8" w14:textId="77777777" w:rsidR="00835AE3" w:rsidRPr="00E60F5F" w:rsidRDefault="001C0391">
            <w:pPr>
              <w:spacing w:before="40" w:after="40"/>
              <w:rPr>
                <w:lang w:val="it-IT"/>
              </w:rPr>
            </w:pPr>
            <w:r w:rsidRPr="00E60F5F">
              <w:rPr>
                <w:lang w:val="it-IT"/>
              </w:rPr>
              <w:t>Residenza (via, n., CAP, Comune)</w:t>
            </w:r>
          </w:p>
        </w:tc>
        <w:tc>
          <w:tcPr>
            <w:tcW w:w="6633" w:type="dxa"/>
            <w:shd w:val="clear" w:color="auto" w:fill="FCE4D6"/>
            <w:vAlign w:val="center"/>
          </w:tcPr>
          <w:p w14:paraId="08F9A0EF" w14:textId="77777777" w:rsidR="00835AE3" w:rsidRPr="00E60F5F" w:rsidRDefault="00835AE3">
            <w:pPr>
              <w:spacing w:before="40" w:after="40"/>
              <w:rPr>
                <w:lang w:val="it-IT"/>
              </w:rPr>
            </w:pPr>
          </w:p>
        </w:tc>
      </w:tr>
      <w:tr w:rsidR="00835AE3" w:rsidRPr="00D50BB4" w14:paraId="6592C61A" w14:textId="77777777">
        <w:tc>
          <w:tcPr>
            <w:tcW w:w="3005" w:type="dxa"/>
            <w:vAlign w:val="center"/>
          </w:tcPr>
          <w:p w14:paraId="679FA1EF" w14:textId="77777777" w:rsidR="00835AE3" w:rsidRDefault="001C0391">
            <w:pPr>
              <w:spacing w:before="40" w:after="40"/>
            </w:pPr>
            <w:r>
              <w:t>In qualità di</w:t>
            </w:r>
          </w:p>
        </w:tc>
        <w:tc>
          <w:tcPr>
            <w:tcW w:w="6633" w:type="dxa"/>
            <w:vAlign w:val="center"/>
          </w:tcPr>
          <w:p w14:paraId="72143EBD" w14:textId="77777777" w:rsidR="00835AE3" w:rsidRPr="00E60F5F" w:rsidRDefault="001C0391">
            <w:pPr>
              <w:spacing w:before="40" w:after="40"/>
              <w:ind w:left="283" w:hanging="283"/>
              <w:rPr>
                <w:lang w:val="it-IT"/>
              </w:rPr>
            </w:pPr>
            <w:r w:rsidRPr="00E60F5F">
              <w:rPr>
                <w:lang w:val="it-IT"/>
              </w:rPr>
              <w:t>❒   legale rappresentante</w:t>
            </w:r>
          </w:p>
          <w:p w14:paraId="0DB7CE9A" w14:textId="77777777" w:rsidR="00835AE3" w:rsidRPr="00E60F5F" w:rsidRDefault="001C0391">
            <w:pPr>
              <w:spacing w:before="40" w:after="40"/>
              <w:ind w:left="283" w:hanging="283"/>
              <w:rPr>
                <w:lang w:val="it-IT"/>
              </w:rPr>
            </w:pPr>
            <w:r w:rsidRPr="00E60F5F">
              <w:rPr>
                <w:lang w:val="it-IT"/>
              </w:rPr>
              <w:t>❒   procuratore/delegato, giusta procura/delega che si allega (indicare estremi):</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6350"/>
            </w:tblGrid>
            <w:tr w:rsidR="00835AE3" w:rsidRPr="00D50BB4" w14:paraId="7083101C" w14:textId="77777777">
              <w:trPr>
                <w:trHeight w:val="340"/>
              </w:trPr>
              <w:tc>
                <w:tcPr>
                  <w:tcW w:w="6350" w:type="dxa"/>
                  <w:shd w:val="clear" w:color="auto" w:fill="FCE4D6"/>
                </w:tcPr>
                <w:p w14:paraId="5F7D99D3" w14:textId="77777777" w:rsidR="00835AE3" w:rsidRPr="00E60F5F" w:rsidRDefault="00835AE3">
                  <w:pPr>
                    <w:rPr>
                      <w:lang w:val="it-IT"/>
                    </w:rPr>
                  </w:pPr>
                </w:p>
              </w:tc>
            </w:tr>
          </w:tbl>
          <w:p w14:paraId="6F0E07EB" w14:textId="77777777" w:rsidR="00835AE3" w:rsidRPr="00E60F5F" w:rsidRDefault="00835AE3">
            <w:pPr>
              <w:rPr>
                <w:lang w:val="it-IT"/>
              </w:rPr>
            </w:pPr>
          </w:p>
          <w:p w14:paraId="0852A50E" w14:textId="77777777" w:rsidR="00835AE3" w:rsidRPr="00E60F5F" w:rsidRDefault="00835AE3">
            <w:pPr>
              <w:spacing w:after="40"/>
              <w:rPr>
                <w:lang w:val="it-IT"/>
              </w:rPr>
            </w:pPr>
          </w:p>
        </w:tc>
      </w:tr>
      <w:tr w:rsidR="00835AE3" w14:paraId="6BCF2687" w14:textId="77777777" w:rsidTr="00E60F5F">
        <w:tc>
          <w:tcPr>
            <w:tcW w:w="9638" w:type="dxa"/>
            <w:gridSpan w:val="2"/>
            <w:shd w:val="clear" w:color="auto" w:fill="FCE4D6"/>
            <w:vAlign w:val="center"/>
          </w:tcPr>
          <w:p w14:paraId="45C9DA79" w14:textId="77777777" w:rsidR="00835AE3" w:rsidRDefault="001C0391">
            <w:pPr>
              <w:spacing w:before="80" w:after="80"/>
            </w:pPr>
            <w:r>
              <w:rPr>
                <w:b/>
              </w:rPr>
              <w:t>DATI DELL’OPERATORE ECONOMICO</w:t>
            </w:r>
          </w:p>
        </w:tc>
      </w:tr>
      <w:tr w:rsidR="00835AE3" w14:paraId="5C3CFCC9" w14:textId="77777777">
        <w:trPr>
          <w:trHeight w:val="351"/>
        </w:trPr>
        <w:tc>
          <w:tcPr>
            <w:tcW w:w="3005" w:type="dxa"/>
            <w:vAlign w:val="center"/>
          </w:tcPr>
          <w:p w14:paraId="0505E954" w14:textId="77777777" w:rsidR="00835AE3" w:rsidRDefault="001C0391">
            <w:pPr>
              <w:spacing w:before="40" w:after="40"/>
            </w:pPr>
            <w:r>
              <w:t>Denominazione / ragione sociale</w:t>
            </w:r>
          </w:p>
        </w:tc>
        <w:tc>
          <w:tcPr>
            <w:tcW w:w="6633" w:type="dxa"/>
            <w:shd w:val="clear" w:color="auto" w:fill="FCE4D6"/>
            <w:vAlign w:val="center"/>
          </w:tcPr>
          <w:p w14:paraId="4ED4FEBA" w14:textId="77777777" w:rsidR="00835AE3" w:rsidRDefault="00835AE3">
            <w:pPr>
              <w:spacing w:before="40" w:after="40"/>
            </w:pPr>
          </w:p>
        </w:tc>
      </w:tr>
      <w:tr w:rsidR="00835AE3" w14:paraId="4704498E" w14:textId="77777777">
        <w:trPr>
          <w:trHeight w:val="351"/>
        </w:trPr>
        <w:tc>
          <w:tcPr>
            <w:tcW w:w="3005" w:type="dxa"/>
            <w:vAlign w:val="center"/>
          </w:tcPr>
          <w:p w14:paraId="2ABA9558" w14:textId="77777777" w:rsidR="00835AE3" w:rsidRDefault="001C0391">
            <w:pPr>
              <w:spacing w:before="40" w:after="40"/>
            </w:pPr>
            <w:r>
              <w:t>Forma giuridica</w:t>
            </w:r>
          </w:p>
        </w:tc>
        <w:tc>
          <w:tcPr>
            <w:tcW w:w="6633" w:type="dxa"/>
            <w:shd w:val="clear" w:color="auto" w:fill="FCE4D6"/>
            <w:vAlign w:val="center"/>
          </w:tcPr>
          <w:p w14:paraId="53002124" w14:textId="77777777" w:rsidR="00835AE3" w:rsidRDefault="00835AE3">
            <w:pPr>
              <w:spacing w:before="40" w:after="40"/>
            </w:pPr>
          </w:p>
        </w:tc>
      </w:tr>
      <w:tr w:rsidR="00835AE3" w:rsidRPr="00D50BB4" w14:paraId="47040418" w14:textId="77777777">
        <w:trPr>
          <w:trHeight w:val="351"/>
        </w:trPr>
        <w:tc>
          <w:tcPr>
            <w:tcW w:w="3005" w:type="dxa"/>
            <w:vAlign w:val="center"/>
          </w:tcPr>
          <w:p w14:paraId="0A86A082" w14:textId="77777777" w:rsidR="00835AE3" w:rsidRPr="00E60F5F" w:rsidRDefault="001C0391">
            <w:pPr>
              <w:spacing w:before="40" w:after="40"/>
              <w:rPr>
                <w:lang w:val="it-IT"/>
              </w:rPr>
            </w:pPr>
            <w:r w:rsidRPr="00E60F5F">
              <w:rPr>
                <w:lang w:val="it-IT"/>
              </w:rPr>
              <w:t>Sede legale (via, n., CAP, Comune)</w:t>
            </w:r>
          </w:p>
        </w:tc>
        <w:tc>
          <w:tcPr>
            <w:tcW w:w="6633" w:type="dxa"/>
            <w:shd w:val="clear" w:color="auto" w:fill="FCE4D6"/>
            <w:vAlign w:val="center"/>
          </w:tcPr>
          <w:p w14:paraId="69C85F7C" w14:textId="77777777" w:rsidR="00835AE3" w:rsidRPr="00E60F5F" w:rsidRDefault="00835AE3">
            <w:pPr>
              <w:spacing w:before="40" w:after="40"/>
              <w:rPr>
                <w:lang w:val="it-IT"/>
              </w:rPr>
            </w:pPr>
          </w:p>
        </w:tc>
      </w:tr>
      <w:tr w:rsidR="00835AE3" w14:paraId="71C36E4E" w14:textId="77777777">
        <w:trPr>
          <w:trHeight w:val="351"/>
        </w:trPr>
        <w:tc>
          <w:tcPr>
            <w:tcW w:w="3005" w:type="dxa"/>
            <w:vAlign w:val="center"/>
          </w:tcPr>
          <w:p w14:paraId="001DE3B7" w14:textId="77777777" w:rsidR="00835AE3" w:rsidRDefault="001C0391">
            <w:pPr>
              <w:spacing w:before="40" w:after="40"/>
            </w:pPr>
            <w:r>
              <w:t>Codice fiscale</w:t>
            </w:r>
          </w:p>
        </w:tc>
        <w:tc>
          <w:tcPr>
            <w:tcW w:w="6633" w:type="dxa"/>
            <w:shd w:val="clear" w:color="auto" w:fill="FCE4D6"/>
            <w:vAlign w:val="center"/>
          </w:tcPr>
          <w:p w14:paraId="15B5928A" w14:textId="77777777" w:rsidR="00835AE3" w:rsidRDefault="00835AE3">
            <w:pPr>
              <w:spacing w:before="40" w:after="40"/>
            </w:pPr>
          </w:p>
        </w:tc>
      </w:tr>
      <w:tr w:rsidR="00835AE3" w14:paraId="4CA0E565" w14:textId="77777777">
        <w:trPr>
          <w:trHeight w:val="351"/>
        </w:trPr>
        <w:tc>
          <w:tcPr>
            <w:tcW w:w="3005" w:type="dxa"/>
            <w:vAlign w:val="center"/>
          </w:tcPr>
          <w:p w14:paraId="716B9B0E" w14:textId="77777777" w:rsidR="00835AE3" w:rsidRDefault="001C0391">
            <w:pPr>
              <w:spacing w:before="40" w:after="40"/>
            </w:pPr>
            <w:r>
              <w:t>Partita IVA</w:t>
            </w:r>
          </w:p>
        </w:tc>
        <w:tc>
          <w:tcPr>
            <w:tcW w:w="6633" w:type="dxa"/>
            <w:shd w:val="clear" w:color="auto" w:fill="FCE4D6"/>
            <w:vAlign w:val="center"/>
          </w:tcPr>
          <w:p w14:paraId="482849B8" w14:textId="77777777" w:rsidR="00835AE3" w:rsidRDefault="00835AE3">
            <w:pPr>
              <w:spacing w:before="40" w:after="40"/>
            </w:pPr>
          </w:p>
        </w:tc>
      </w:tr>
    </w:tbl>
    <w:p w14:paraId="1B48F367" w14:textId="77777777" w:rsidR="00E60F5F" w:rsidRDefault="00E60F5F" w:rsidP="00E60F5F">
      <w:pPr>
        <w:spacing w:after="160"/>
        <w:jc w:val="both"/>
        <w:rPr>
          <w:lang w:val="it-IT"/>
        </w:rPr>
      </w:pPr>
    </w:p>
    <w:p w14:paraId="2CCC5B32" w14:textId="190621BC" w:rsidR="00E60F5F" w:rsidRPr="00E60F5F" w:rsidRDefault="00E60F5F" w:rsidP="00E60F5F">
      <w:pPr>
        <w:spacing w:after="160"/>
        <w:jc w:val="both"/>
        <w:rPr>
          <w:lang w:val="it-IT"/>
        </w:rPr>
      </w:pPr>
      <w:r w:rsidRPr="00E60F5F">
        <w:rPr>
          <w:lang w:val="it-IT"/>
        </w:rPr>
        <w:t>consapevole che qualora emerga la non veridicità del contenuto di questa dichiarazione decadrà dai</w:t>
      </w:r>
      <w:r>
        <w:rPr>
          <w:lang w:val="it-IT"/>
        </w:rPr>
        <w:t xml:space="preserve"> </w:t>
      </w:r>
      <w:r w:rsidRPr="00E60F5F">
        <w:rPr>
          <w:lang w:val="it-IT"/>
        </w:rPr>
        <w:t xml:space="preserve">benefici eventualmente conseguenti al provvedimento - emanato sulla base della dichiarazione non veritiera e delle sanzioni penali stabilite dall'art. 76 del D.P.R. 445/2000 per false attestazioni e mendaci dichiarazioni - sotto la sua personale responsabilità, rende la seguente dichiarazione sostitutiva dell'atto di notorietà: </w:t>
      </w:r>
    </w:p>
    <w:p w14:paraId="36D368CD" w14:textId="77777777" w:rsidR="00E60F5F" w:rsidRPr="00E60F5F" w:rsidRDefault="00E60F5F" w:rsidP="00E60F5F">
      <w:pPr>
        <w:spacing w:after="160"/>
        <w:jc w:val="center"/>
        <w:rPr>
          <w:b/>
          <w:bCs/>
          <w:lang w:val="it-IT"/>
        </w:rPr>
      </w:pPr>
      <w:r w:rsidRPr="00E60F5F">
        <w:rPr>
          <w:b/>
          <w:bCs/>
          <w:lang w:val="it-IT"/>
        </w:rPr>
        <w:t xml:space="preserve">DICHIARA </w:t>
      </w:r>
    </w:p>
    <w:p w14:paraId="490925B8" w14:textId="614D45FE" w:rsidR="00E60F5F" w:rsidRDefault="00E60F5F" w:rsidP="00E60F5F">
      <w:pPr>
        <w:spacing w:after="160"/>
        <w:jc w:val="center"/>
        <w:rPr>
          <w:lang w:val="it-IT"/>
        </w:rPr>
      </w:pPr>
      <w:r w:rsidRPr="00E60F5F">
        <w:rPr>
          <w:lang w:val="it-IT"/>
        </w:rPr>
        <w:t xml:space="preserve">dopo aver preso cognizione dei criteri per la determinazione della titolarità effettiva fissati dal </w:t>
      </w:r>
      <w:r>
        <w:rPr>
          <w:lang w:val="it-IT"/>
        </w:rPr>
        <w:t>D</w:t>
      </w:r>
      <w:r w:rsidRPr="00E60F5F">
        <w:rPr>
          <w:lang w:val="it-IT"/>
        </w:rPr>
        <w:t xml:space="preserve">.lgs. 21 novembre 2007, n. 231 </w:t>
      </w:r>
      <w:r>
        <w:rPr>
          <w:lang w:val="it-IT"/>
        </w:rPr>
        <w:t>(vedi nota in calce)</w:t>
      </w:r>
    </w:p>
    <w:p w14:paraId="08D00641" w14:textId="77777777" w:rsidR="00E60F5F" w:rsidRPr="00E60F5F" w:rsidRDefault="00E60F5F" w:rsidP="00E60F5F">
      <w:pPr>
        <w:spacing w:after="160"/>
        <w:jc w:val="center"/>
        <w:rPr>
          <w:lang w:val="it-IT"/>
        </w:rPr>
      </w:pPr>
      <w:r w:rsidRPr="00E60F5F">
        <w:rPr>
          <w:lang w:val="it-IT"/>
        </w:rPr>
        <w:t xml:space="preserve">In relazione alla procedura AVVISO PUBBLICO PER L'AFFIDAMENTO IN CONCESSIONE D'USO DI UN'AREA DEL </w:t>
      </w:r>
    </w:p>
    <w:p w14:paraId="2A2CCD77" w14:textId="2F8CB006" w:rsidR="00E60F5F" w:rsidRPr="00E60F5F" w:rsidRDefault="00E60F5F" w:rsidP="00E60F5F">
      <w:pPr>
        <w:spacing w:after="160"/>
        <w:jc w:val="center"/>
        <w:rPr>
          <w:lang w:val="it-IT"/>
        </w:rPr>
      </w:pPr>
      <w:r w:rsidRPr="00E60F5F">
        <w:rPr>
          <w:lang w:val="it-IT"/>
        </w:rPr>
        <w:t>PARCO "GINO CASSINIS" PER LA REALIZZAZIONE E LA GESTIONE DI UN PARCO AVVENTURA</w:t>
      </w:r>
    </w:p>
    <w:p w14:paraId="5F48CE64" w14:textId="77777777" w:rsidR="00835AE3" w:rsidRPr="00E60F5F" w:rsidRDefault="001C0391" w:rsidP="00E60F5F">
      <w:pPr>
        <w:spacing w:after="160"/>
        <w:jc w:val="center"/>
        <w:rPr>
          <w:lang w:val="it-IT"/>
        </w:rPr>
      </w:pPr>
      <w:r w:rsidRPr="00E60F5F">
        <w:rPr>
          <w:lang w:val="it-IT"/>
        </w:rPr>
        <w:t>che il/i titolare/i effettivo/i dell’operatore economico sopra indicato è/sono:</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005"/>
        <w:gridCol w:w="6633"/>
      </w:tblGrid>
      <w:tr w:rsidR="00835AE3" w14:paraId="5805C15C" w14:textId="77777777" w:rsidTr="00E60F5F">
        <w:trPr>
          <w:cantSplit/>
          <w:tblHeader/>
        </w:trPr>
        <w:tc>
          <w:tcPr>
            <w:tcW w:w="9638" w:type="dxa"/>
            <w:gridSpan w:val="2"/>
            <w:shd w:val="clear" w:color="auto" w:fill="FCE4D6"/>
            <w:vAlign w:val="center"/>
          </w:tcPr>
          <w:p w14:paraId="0722AAF9" w14:textId="77777777" w:rsidR="00835AE3" w:rsidRDefault="001C0391">
            <w:pPr>
              <w:keepNext/>
              <w:spacing w:before="80" w:after="80"/>
            </w:pPr>
            <w:r>
              <w:rPr>
                <w:b/>
              </w:rPr>
              <w:lastRenderedPageBreak/>
              <w:t>TITOLARE EFFETTIVO N. 1</w:t>
            </w:r>
          </w:p>
        </w:tc>
      </w:tr>
      <w:tr w:rsidR="00835AE3" w14:paraId="1FBAB4E7" w14:textId="77777777">
        <w:trPr>
          <w:cantSplit/>
          <w:trHeight w:val="340"/>
        </w:trPr>
        <w:tc>
          <w:tcPr>
            <w:tcW w:w="3005" w:type="dxa"/>
            <w:vAlign w:val="center"/>
          </w:tcPr>
          <w:p w14:paraId="6FD7DB62" w14:textId="77777777" w:rsidR="00835AE3" w:rsidRDefault="001C0391">
            <w:pPr>
              <w:keepNext/>
              <w:spacing w:before="40" w:after="40"/>
            </w:pPr>
            <w:r>
              <w:t>Cognome e nome</w:t>
            </w:r>
          </w:p>
        </w:tc>
        <w:tc>
          <w:tcPr>
            <w:tcW w:w="6633" w:type="dxa"/>
            <w:shd w:val="clear" w:color="auto" w:fill="FCE4D6"/>
            <w:vAlign w:val="center"/>
          </w:tcPr>
          <w:p w14:paraId="47082D32" w14:textId="77777777" w:rsidR="00835AE3" w:rsidRDefault="00835AE3">
            <w:pPr>
              <w:keepNext/>
              <w:spacing w:before="40" w:after="40"/>
            </w:pPr>
          </w:p>
        </w:tc>
      </w:tr>
      <w:tr w:rsidR="00835AE3" w:rsidRPr="00D50BB4" w14:paraId="6A6EC329" w14:textId="77777777">
        <w:trPr>
          <w:cantSplit/>
          <w:trHeight w:val="340"/>
        </w:trPr>
        <w:tc>
          <w:tcPr>
            <w:tcW w:w="3005" w:type="dxa"/>
            <w:vAlign w:val="center"/>
          </w:tcPr>
          <w:p w14:paraId="58BABE4F" w14:textId="77777777" w:rsidR="00835AE3" w:rsidRPr="00E60F5F" w:rsidRDefault="001C0391">
            <w:pPr>
              <w:keepNext/>
              <w:spacing w:before="40" w:after="40"/>
              <w:rPr>
                <w:lang w:val="it-IT"/>
              </w:rPr>
            </w:pPr>
            <w:r w:rsidRPr="00E60F5F">
              <w:rPr>
                <w:lang w:val="it-IT"/>
              </w:rPr>
              <w:t>Luogo e data di nascita</w:t>
            </w:r>
          </w:p>
        </w:tc>
        <w:tc>
          <w:tcPr>
            <w:tcW w:w="6633" w:type="dxa"/>
            <w:shd w:val="clear" w:color="auto" w:fill="FCE4D6"/>
            <w:vAlign w:val="center"/>
          </w:tcPr>
          <w:p w14:paraId="0F23C5FA" w14:textId="77777777" w:rsidR="00835AE3" w:rsidRPr="00E60F5F" w:rsidRDefault="00835AE3">
            <w:pPr>
              <w:keepNext/>
              <w:spacing w:before="40" w:after="40"/>
              <w:rPr>
                <w:lang w:val="it-IT"/>
              </w:rPr>
            </w:pPr>
          </w:p>
        </w:tc>
      </w:tr>
      <w:tr w:rsidR="00835AE3" w:rsidRPr="00D50BB4" w14:paraId="369B2960" w14:textId="77777777">
        <w:trPr>
          <w:cantSplit/>
          <w:trHeight w:val="340"/>
        </w:trPr>
        <w:tc>
          <w:tcPr>
            <w:tcW w:w="3005" w:type="dxa"/>
            <w:vAlign w:val="center"/>
          </w:tcPr>
          <w:p w14:paraId="3641F6B4" w14:textId="77777777" w:rsidR="00835AE3" w:rsidRPr="00E60F5F" w:rsidRDefault="001C0391">
            <w:pPr>
              <w:keepNext/>
              <w:spacing w:before="40" w:after="40"/>
              <w:rPr>
                <w:lang w:val="it-IT"/>
              </w:rPr>
            </w:pPr>
            <w:r w:rsidRPr="00E60F5F">
              <w:rPr>
                <w:lang w:val="it-IT"/>
              </w:rPr>
              <w:t>Residenza (via, n., CAP, Comune, Prov.)</w:t>
            </w:r>
          </w:p>
        </w:tc>
        <w:tc>
          <w:tcPr>
            <w:tcW w:w="6633" w:type="dxa"/>
            <w:shd w:val="clear" w:color="auto" w:fill="FCE4D6"/>
            <w:vAlign w:val="center"/>
          </w:tcPr>
          <w:p w14:paraId="1BA22611" w14:textId="77777777" w:rsidR="00835AE3" w:rsidRPr="00E60F5F" w:rsidRDefault="00835AE3">
            <w:pPr>
              <w:keepNext/>
              <w:spacing w:before="40" w:after="40"/>
              <w:rPr>
                <w:lang w:val="it-IT"/>
              </w:rPr>
            </w:pPr>
          </w:p>
        </w:tc>
      </w:tr>
      <w:tr w:rsidR="00835AE3" w14:paraId="62CFE2F5" w14:textId="77777777">
        <w:trPr>
          <w:cantSplit/>
          <w:trHeight w:val="340"/>
        </w:trPr>
        <w:tc>
          <w:tcPr>
            <w:tcW w:w="3005" w:type="dxa"/>
            <w:vAlign w:val="center"/>
          </w:tcPr>
          <w:p w14:paraId="798F217C" w14:textId="77777777" w:rsidR="00835AE3" w:rsidRDefault="001C0391">
            <w:pPr>
              <w:keepNext/>
              <w:spacing w:before="40" w:after="40"/>
            </w:pPr>
            <w:r>
              <w:t>Codice fiscale</w:t>
            </w:r>
          </w:p>
        </w:tc>
        <w:tc>
          <w:tcPr>
            <w:tcW w:w="6633" w:type="dxa"/>
            <w:shd w:val="clear" w:color="auto" w:fill="FCE4D6"/>
            <w:vAlign w:val="center"/>
          </w:tcPr>
          <w:p w14:paraId="03049B8B" w14:textId="77777777" w:rsidR="00835AE3" w:rsidRDefault="00835AE3">
            <w:pPr>
              <w:keepNext/>
              <w:spacing w:before="40" w:after="40"/>
            </w:pPr>
          </w:p>
        </w:tc>
      </w:tr>
    </w:tbl>
    <w:p w14:paraId="53B48E67" w14:textId="77777777" w:rsidR="00835AE3" w:rsidRPr="00E60F5F" w:rsidRDefault="00835AE3">
      <w:pPr>
        <w:spacing w:after="160"/>
        <w:rPr>
          <w:lang w:val="it-IT"/>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005"/>
        <w:gridCol w:w="6633"/>
      </w:tblGrid>
      <w:tr w:rsidR="00835AE3" w14:paraId="1D5149B9" w14:textId="77777777" w:rsidTr="00E60F5F">
        <w:trPr>
          <w:cantSplit/>
          <w:tblHeader/>
        </w:trPr>
        <w:tc>
          <w:tcPr>
            <w:tcW w:w="9638" w:type="dxa"/>
            <w:gridSpan w:val="2"/>
            <w:shd w:val="clear" w:color="auto" w:fill="FCE4D6"/>
            <w:vAlign w:val="center"/>
          </w:tcPr>
          <w:p w14:paraId="50C7D55E" w14:textId="77777777" w:rsidR="00835AE3" w:rsidRDefault="001C0391">
            <w:pPr>
              <w:keepNext/>
              <w:spacing w:before="80" w:after="80"/>
            </w:pPr>
            <w:r>
              <w:rPr>
                <w:b/>
              </w:rPr>
              <w:t>TITOLARE EFFETTIVO N. 2  (eventuale)</w:t>
            </w:r>
          </w:p>
        </w:tc>
      </w:tr>
      <w:tr w:rsidR="00835AE3" w14:paraId="4CA614DF" w14:textId="77777777">
        <w:trPr>
          <w:cantSplit/>
          <w:trHeight w:val="340"/>
        </w:trPr>
        <w:tc>
          <w:tcPr>
            <w:tcW w:w="3005" w:type="dxa"/>
            <w:vAlign w:val="center"/>
          </w:tcPr>
          <w:p w14:paraId="5285F820" w14:textId="77777777" w:rsidR="00835AE3" w:rsidRDefault="001C0391">
            <w:pPr>
              <w:keepNext/>
              <w:spacing w:before="40" w:after="40"/>
            </w:pPr>
            <w:r>
              <w:t>Cognome e nome</w:t>
            </w:r>
          </w:p>
        </w:tc>
        <w:tc>
          <w:tcPr>
            <w:tcW w:w="6633" w:type="dxa"/>
            <w:shd w:val="clear" w:color="auto" w:fill="FCE4D6"/>
            <w:vAlign w:val="center"/>
          </w:tcPr>
          <w:p w14:paraId="788CCD1F" w14:textId="77777777" w:rsidR="00835AE3" w:rsidRDefault="00835AE3">
            <w:pPr>
              <w:keepNext/>
              <w:spacing w:before="40" w:after="40"/>
            </w:pPr>
          </w:p>
        </w:tc>
      </w:tr>
      <w:tr w:rsidR="00835AE3" w:rsidRPr="00D50BB4" w14:paraId="156C1BDD" w14:textId="77777777">
        <w:trPr>
          <w:cantSplit/>
          <w:trHeight w:val="340"/>
        </w:trPr>
        <w:tc>
          <w:tcPr>
            <w:tcW w:w="3005" w:type="dxa"/>
            <w:vAlign w:val="center"/>
          </w:tcPr>
          <w:p w14:paraId="1A7B9D89" w14:textId="77777777" w:rsidR="00835AE3" w:rsidRPr="00E60F5F" w:rsidRDefault="001C0391">
            <w:pPr>
              <w:keepNext/>
              <w:spacing w:before="40" w:after="40"/>
              <w:rPr>
                <w:lang w:val="it-IT"/>
              </w:rPr>
            </w:pPr>
            <w:r w:rsidRPr="00E60F5F">
              <w:rPr>
                <w:lang w:val="it-IT"/>
              </w:rPr>
              <w:t>Luogo e data di nascita</w:t>
            </w:r>
          </w:p>
        </w:tc>
        <w:tc>
          <w:tcPr>
            <w:tcW w:w="6633" w:type="dxa"/>
            <w:shd w:val="clear" w:color="auto" w:fill="FCE4D6"/>
            <w:vAlign w:val="center"/>
          </w:tcPr>
          <w:p w14:paraId="1357412D" w14:textId="77777777" w:rsidR="00835AE3" w:rsidRPr="00E60F5F" w:rsidRDefault="00835AE3">
            <w:pPr>
              <w:keepNext/>
              <w:spacing w:before="40" w:after="40"/>
              <w:rPr>
                <w:lang w:val="it-IT"/>
              </w:rPr>
            </w:pPr>
          </w:p>
        </w:tc>
      </w:tr>
      <w:tr w:rsidR="00835AE3" w:rsidRPr="00D50BB4" w14:paraId="06A5E115" w14:textId="77777777">
        <w:trPr>
          <w:cantSplit/>
          <w:trHeight w:val="340"/>
        </w:trPr>
        <w:tc>
          <w:tcPr>
            <w:tcW w:w="3005" w:type="dxa"/>
            <w:vAlign w:val="center"/>
          </w:tcPr>
          <w:p w14:paraId="6F75AFD2" w14:textId="77777777" w:rsidR="00835AE3" w:rsidRPr="00E60F5F" w:rsidRDefault="001C0391">
            <w:pPr>
              <w:keepNext/>
              <w:spacing w:before="40" w:after="40"/>
              <w:rPr>
                <w:lang w:val="it-IT"/>
              </w:rPr>
            </w:pPr>
            <w:r w:rsidRPr="00E60F5F">
              <w:rPr>
                <w:lang w:val="it-IT"/>
              </w:rPr>
              <w:t>Residenza (via, n., CAP, Comune, Prov.)</w:t>
            </w:r>
          </w:p>
        </w:tc>
        <w:tc>
          <w:tcPr>
            <w:tcW w:w="6633" w:type="dxa"/>
            <w:shd w:val="clear" w:color="auto" w:fill="FCE4D6"/>
            <w:vAlign w:val="center"/>
          </w:tcPr>
          <w:p w14:paraId="10E6F085" w14:textId="77777777" w:rsidR="00835AE3" w:rsidRPr="00E60F5F" w:rsidRDefault="00835AE3">
            <w:pPr>
              <w:keepNext/>
              <w:spacing w:before="40" w:after="40"/>
              <w:rPr>
                <w:lang w:val="it-IT"/>
              </w:rPr>
            </w:pPr>
          </w:p>
        </w:tc>
      </w:tr>
      <w:tr w:rsidR="00835AE3" w14:paraId="1271D5EF" w14:textId="77777777">
        <w:trPr>
          <w:cantSplit/>
          <w:trHeight w:val="340"/>
        </w:trPr>
        <w:tc>
          <w:tcPr>
            <w:tcW w:w="3005" w:type="dxa"/>
            <w:vAlign w:val="center"/>
          </w:tcPr>
          <w:p w14:paraId="24B8900A" w14:textId="77777777" w:rsidR="00835AE3" w:rsidRDefault="001C0391">
            <w:pPr>
              <w:keepNext/>
              <w:spacing w:before="40" w:after="40"/>
            </w:pPr>
            <w:r>
              <w:t>Codice fiscale</w:t>
            </w:r>
          </w:p>
        </w:tc>
        <w:tc>
          <w:tcPr>
            <w:tcW w:w="6633" w:type="dxa"/>
            <w:shd w:val="clear" w:color="auto" w:fill="FCE4D6"/>
            <w:vAlign w:val="center"/>
          </w:tcPr>
          <w:p w14:paraId="577A85F4" w14:textId="77777777" w:rsidR="00835AE3" w:rsidRDefault="00835AE3">
            <w:pPr>
              <w:keepNext/>
              <w:spacing w:before="40" w:after="40"/>
            </w:pPr>
          </w:p>
        </w:tc>
      </w:tr>
    </w:tbl>
    <w:p w14:paraId="776A6CDC" w14:textId="77777777" w:rsidR="00835AE3" w:rsidRPr="00E60F5F" w:rsidRDefault="00835AE3">
      <w:pPr>
        <w:spacing w:after="160"/>
        <w:rPr>
          <w:lang w:val="it-IT"/>
        </w:rPr>
      </w:pPr>
    </w:p>
    <w:p w14:paraId="28CBF038" w14:textId="77777777" w:rsidR="00835AE3" w:rsidRPr="00E60F5F" w:rsidRDefault="001C0391">
      <w:pPr>
        <w:spacing w:after="80"/>
        <w:rPr>
          <w:lang w:val="it-IT"/>
        </w:rPr>
      </w:pPr>
      <w:r w:rsidRPr="00E60F5F">
        <w:rPr>
          <w:i/>
          <w:sz w:val="17"/>
          <w:lang w:val="it-IT"/>
        </w:rPr>
        <w:t>Se necessario, aggiungere ulteriori riquadri per altri titolari effettivi.</w:t>
      </w:r>
    </w:p>
    <w:p w14:paraId="32CB6F4F" w14:textId="77777777" w:rsidR="00835AE3" w:rsidRPr="00E60F5F" w:rsidRDefault="001C0391">
      <w:pPr>
        <w:spacing w:after="240"/>
        <w:rPr>
          <w:lang w:val="it-IT"/>
        </w:rPr>
      </w:pPr>
      <w:r w:rsidRPr="00E60F5F">
        <w:rPr>
          <w:b/>
          <w:sz w:val="18"/>
          <w:lang w:val="it-IT"/>
        </w:rPr>
        <w:t>Si allega obbligatoriamente copia del documento di identità in corso di validità e del codice fiscale di ciascun titolare effettivo indicato.</w:t>
      </w:r>
    </w:p>
    <w:tbl>
      <w:tblPr>
        <w:tblW w:w="0" w:type="auto"/>
        <w:tblLayout w:type="fixed"/>
        <w:tblLook w:val="04A0" w:firstRow="1" w:lastRow="0" w:firstColumn="1" w:lastColumn="0" w:noHBand="0" w:noVBand="1"/>
      </w:tblPr>
      <w:tblGrid>
        <w:gridCol w:w="1020"/>
        <w:gridCol w:w="2551"/>
        <w:gridCol w:w="1134"/>
        <w:gridCol w:w="4932"/>
      </w:tblGrid>
      <w:tr w:rsidR="00835AE3" w14:paraId="598E460F" w14:textId="77777777">
        <w:trPr>
          <w:trHeight w:val="340"/>
        </w:trPr>
        <w:tc>
          <w:tcPr>
            <w:tcW w:w="1020" w:type="dxa"/>
            <w:vAlign w:val="center"/>
          </w:tcPr>
          <w:p w14:paraId="4179F0CE" w14:textId="77777777" w:rsidR="00835AE3" w:rsidRDefault="001C0391">
            <w:pPr>
              <w:spacing w:before="40" w:after="40"/>
            </w:pPr>
            <w:r>
              <w:rPr>
                <w:b/>
              </w:rPr>
              <w:t>Luogo</w:t>
            </w:r>
          </w:p>
        </w:tc>
        <w:tc>
          <w:tcPr>
            <w:tcW w:w="2551" w:type="dxa"/>
            <w:tcBorders>
              <w:top w:val="single" w:sz="4" w:space="0" w:color="808080"/>
              <w:left w:val="single" w:sz="4" w:space="0" w:color="808080"/>
              <w:bottom w:val="single" w:sz="4" w:space="0" w:color="808080"/>
              <w:right w:val="single" w:sz="4" w:space="0" w:color="808080"/>
            </w:tcBorders>
            <w:shd w:val="clear" w:color="auto" w:fill="FCE4D6"/>
            <w:vAlign w:val="center"/>
          </w:tcPr>
          <w:p w14:paraId="7E17F722" w14:textId="77777777" w:rsidR="00835AE3" w:rsidRDefault="00835AE3">
            <w:pPr>
              <w:spacing w:before="40" w:after="40"/>
            </w:pPr>
          </w:p>
        </w:tc>
        <w:tc>
          <w:tcPr>
            <w:tcW w:w="1134" w:type="dxa"/>
          </w:tcPr>
          <w:p w14:paraId="7870CD8E" w14:textId="77777777" w:rsidR="00835AE3" w:rsidRDefault="00835AE3"/>
        </w:tc>
        <w:tc>
          <w:tcPr>
            <w:tcW w:w="4932" w:type="dxa"/>
            <w:vAlign w:val="center"/>
          </w:tcPr>
          <w:p w14:paraId="1A8ACAAE" w14:textId="77777777" w:rsidR="00835AE3" w:rsidRDefault="001C0391">
            <w:pPr>
              <w:spacing w:before="40" w:after="40"/>
              <w:jc w:val="center"/>
            </w:pPr>
            <w:r>
              <w:rPr>
                <w:b/>
              </w:rPr>
              <w:t>IL/LA LEGALE RAPPRESENTANTE</w:t>
            </w:r>
          </w:p>
        </w:tc>
      </w:tr>
      <w:tr w:rsidR="00835AE3" w14:paraId="600F5357" w14:textId="77777777">
        <w:trPr>
          <w:trHeight w:val="340"/>
        </w:trPr>
        <w:tc>
          <w:tcPr>
            <w:tcW w:w="1020" w:type="dxa"/>
            <w:vAlign w:val="center"/>
          </w:tcPr>
          <w:p w14:paraId="422286EA" w14:textId="77777777" w:rsidR="00835AE3" w:rsidRDefault="001C0391">
            <w:pPr>
              <w:spacing w:before="40" w:after="40"/>
            </w:pPr>
            <w:r>
              <w:rPr>
                <w:b/>
              </w:rPr>
              <w:t>Data</w:t>
            </w:r>
          </w:p>
        </w:tc>
        <w:tc>
          <w:tcPr>
            <w:tcW w:w="2551" w:type="dxa"/>
            <w:tcBorders>
              <w:top w:val="single" w:sz="4" w:space="0" w:color="808080"/>
              <w:left w:val="single" w:sz="4" w:space="0" w:color="808080"/>
              <w:bottom w:val="single" w:sz="4" w:space="0" w:color="808080"/>
              <w:right w:val="single" w:sz="4" w:space="0" w:color="808080"/>
            </w:tcBorders>
            <w:shd w:val="clear" w:color="auto" w:fill="FCE4D6"/>
            <w:vAlign w:val="center"/>
          </w:tcPr>
          <w:p w14:paraId="419E9434" w14:textId="77777777" w:rsidR="00835AE3" w:rsidRDefault="00835AE3">
            <w:pPr>
              <w:spacing w:before="40" w:after="40"/>
            </w:pPr>
          </w:p>
        </w:tc>
        <w:tc>
          <w:tcPr>
            <w:tcW w:w="1134" w:type="dxa"/>
          </w:tcPr>
          <w:p w14:paraId="7BA85685" w14:textId="77777777" w:rsidR="00835AE3" w:rsidRDefault="00835AE3"/>
        </w:tc>
        <w:tc>
          <w:tcPr>
            <w:tcW w:w="4932" w:type="dxa"/>
            <w:vAlign w:val="center"/>
          </w:tcPr>
          <w:p w14:paraId="040C1F09" w14:textId="77777777" w:rsidR="00835AE3" w:rsidRDefault="001C0391">
            <w:pPr>
              <w:spacing w:before="40" w:after="40"/>
              <w:jc w:val="center"/>
            </w:pPr>
            <w:r>
              <w:rPr>
                <w:i/>
                <w:sz w:val="17"/>
              </w:rPr>
              <w:t>(firma leggibile)</w:t>
            </w:r>
          </w:p>
        </w:tc>
      </w:tr>
    </w:tbl>
    <w:p w14:paraId="46FD1DDA" w14:textId="77777777" w:rsidR="00835AE3" w:rsidRDefault="00835AE3">
      <w:pPr>
        <w:spacing w:after="240"/>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9638"/>
      </w:tblGrid>
      <w:tr w:rsidR="00835AE3" w:rsidRPr="00D50BB4" w14:paraId="0E923EB6" w14:textId="77777777">
        <w:tc>
          <w:tcPr>
            <w:tcW w:w="9638" w:type="dxa"/>
            <w:vAlign w:val="center"/>
          </w:tcPr>
          <w:p w14:paraId="776F0796" w14:textId="77777777" w:rsidR="00835AE3" w:rsidRPr="00E60F5F" w:rsidRDefault="001C0391">
            <w:pPr>
              <w:spacing w:before="40" w:after="40"/>
              <w:rPr>
                <w:lang w:val="it-IT"/>
              </w:rPr>
            </w:pPr>
            <w:r w:rsidRPr="00E60F5F">
              <w:rPr>
                <w:b/>
                <w:lang w:val="it-IT"/>
              </w:rPr>
              <w:t>Note</w:t>
            </w:r>
          </w:p>
          <w:p w14:paraId="32137A0C" w14:textId="77777777" w:rsidR="00835AE3" w:rsidRPr="00E60F5F" w:rsidRDefault="001C0391">
            <w:pPr>
              <w:spacing w:before="120" w:after="40"/>
              <w:rPr>
                <w:lang w:val="it-IT"/>
              </w:rPr>
            </w:pPr>
            <w:r w:rsidRPr="00E60F5F">
              <w:rPr>
                <w:b/>
                <w:sz w:val="16"/>
                <w:lang w:val="it-IT"/>
              </w:rPr>
              <w:t>Art. 20 D.lgs. n. 231/2007 – Criteri per la determinazione della titolarità effettiva di clienti diversi dalle persone fisiche</w:t>
            </w:r>
          </w:p>
          <w:p w14:paraId="303DDB21" w14:textId="77777777" w:rsidR="00835AE3" w:rsidRPr="00E60F5F" w:rsidRDefault="001C0391">
            <w:pPr>
              <w:spacing w:before="20" w:after="20"/>
              <w:jc w:val="both"/>
              <w:rPr>
                <w:lang w:val="it-IT"/>
              </w:rPr>
            </w:pPr>
            <w:r w:rsidRPr="00E60F5F">
              <w:rPr>
                <w:i/>
                <w:sz w:val="15"/>
                <w:lang w:val="it-IT"/>
              </w:rPr>
              <w:t>1. Il titolare effettivo di clienti diversi dalle persone fisiche coincide con la persona fisica o le persone fisiche cui, in ultima istanza, è attribuibile la proprietà diretta o indiretta dell’ente ovvero il relativo controllo.</w:t>
            </w:r>
          </w:p>
          <w:p w14:paraId="500C4061" w14:textId="77777777" w:rsidR="00835AE3" w:rsidRPr="00E60F5F" w:rsidRDefault="001C0391">
            <w:pPr>
              <w:spacing w:before="20" w:after="20"/>
              <w:jc w:val="both"/>
              <w:rPr>
                <w:lang w:val="it-IT"/>
              </w:rPr>
            </w:pPr>
            <w:r w:rsidRPr="00E60F5F">
              <w:rPr>
                <w:i/>
                <w:sz w:val="15"/>
                <w:lang w:val="it-IT"/>
              </w:rPr>
              <w:t>2. Nel caso in cui il cliente sia una società di capitali: a) costituisce indicazione di proprietà diretta la titolarità di una partecipazione superiore al 25 per cento del capitale del cliente, detenuta da una persona fisica; b) costituisce indicazione di proprietà indiretta la titolarità di una percentuale di partecipazioni superiore al 25 per cento del capitale del cliente, posseduto per il tramite di società controllate, società fiduciarie o per interposta persona.</w:t>
            </w:r>
          </w:p>
          <w:p w14:paraId="010E9658" w14:textId="77777777" w:rsidR="00835AE3" w:rsidRPr="00E60F5F" w:rsidRDefault="001C0391">
            <w:pPr>
              <w:spacing w:before="20" w:after="20"/>
              <w:jc w:val="both"/>
              <w:rPr>
                <w:lang w:val="it-IT"/>
              </w:rPr>
            </w:pPr>
            <w:r w:rsidRPr="00E60F5F">
              <w:rPr>
                <w:i/>
                <w:sz w:val="15"/>
                <w:lang w:val="it-IT"/>
              </w:rPr>
              <w:t>3. Nelle ipotesi in cui l’esame dell’assetto proprietario non consenta di individuare in maniera univoca la persona fisica o le persone fisiche cui è attribuibile la proprietà diretta o indiretta dell’ente, il titolare effettivo coincide con la persona fisica o le persone fisiche cui, in ultima istanza, è attribuibile il controllo del medesimo in forza: a) del controllo della maggioranza dei voti esercitabili in assemblea ordinaria; b) del controllo di voti sufficienti per esercitare un’influenza dominante in assemblea ordinaria; c) dell’esistenza di particolari vincoli contrattuali che consentano di esercitare un’influenza dominante.</w:t>
            </w:r>
          </w:p>
          <w:p w14:paraId="27AA5DED" w14:textId="77777777" w:rsidR="00835AE3" w:rsidRPr="00E60F5F" w:rsidRDefault="001C0391">
            <w:pPr>
              <w:spacing w:before="20" w:after="20"/>
              <w:jc w:val="both"/>
              <w:rPr>
                <w:lang w:val="it-IT"/>
              </w:rPr>
            </w:pPr>
            <w:r w:rsidRPr="00E60F5F">
              <w:rPr>
                <w:i/>
                <w:sz w:val="15"/>
                <w:lang w:val="it-IT"/>
              </w:rPr>
              <w:t>4. Nel caso in cui il cliente sia una persona giuridica privata, di cui al decreto del Presidente della Repubblica 10 febbraio 2000, n. 361, sono cumulativamente individuati, come titolari effettivi: a) i fondatori, ove in vita; b) i beneficiari, quando individuati o facilmente individuabili; c) i titolari di poteri di rappresentanza legale, direzione e amministrazione.</w:t>
            </w:r>
          </w:p>
          <w:p w14:paraId="4DE20A2A" w14:textId="77777777" w:rsidR="00835AE3" w:rsidRPr="00E60F5F" w:rsidRDefault="001C0391">
            <w:pPr>
              <w:spacing w:before="20" w:after="20"/>
              <w:jc w:val="both"/>
              <w:rPr>
                <w:lang w:val="it-IT"/>
              </w:rPr>
            </w:pPr>
            <w:r w:rsidRPr="00E60F5F">
              <w:rPr>
                <w:i/>
                <w:sz w:val="15"/>
                <w:lang w:val="it-IT"/>
              </w:rPr>
              <w:t>5. Qualora l’applicazione dei criteri di cui ai precedenti commi non consenta di individuare univocamente uno o più titolari effettivi, il titolare effettivo coincide con la persona fisica o le persone fisiche titolari, conformemente ai rispettivi assetti organizzativi o statutari, di poteri di rappresentanza legale, amministrazione o direzione della società o del cliente comunque diverso dalla persona fisica.</w:t>
            </w:r>
          </w:p>
          <w:p w14:paraId="73ACD405" w14:textId="77777777" w:rsidR="00835AE3" w:rsidRPr="00E60F5F" w:rsidRDefault="001C0391">
            <w:pPr>
              <w:spacing w:before="20" w:after="20"/>
              <w:jc w:val="both"/>
              <w:rPr>
                <w:lang w:val="it-IT"/>
              </w:rPr>
            </w:pPr>
            <w:r w:rsidRPr="00E60F5F">
              <w:rPr>
                <w:i/>
                <w:sz w:val="15"/>
                <w:lang w:val="it-IT"/>
              </w:rPr>
              <w:t>6. I soggetti obbligati conservano traccia delle verifiche effettuate ai fini dell’individuazione del titolare effettivo nonché, con specifico riferimento al titolare effettivo individuato ai sensi del comma 5, delle ragioni che non hanno consentito di individuare il titolare effettivo ai sensi dei commi 1, 2, 3 e 4 del presente articolo.</w:t>
            </w:r>
          </w:p>
          <w:p w14:paraId="484EB568" w14:textId="77777777" w:rsidR="00835AE3" w:rsidRPr="00E60F5F" w:rsidRDefault="00835AE3">
            <w:pPr>
              <w:spacing w:after="20"/>
              <w:rPr>
                <w:lang w:val="it-IT"/>
              </w:rPr>
            </w:pPr>
          </w:p>
        </w:tc>
      </w:tr>
    </w:tbl>
    <w:p w14:paraId="1B7C7D1F" w14:textId="77777777" w:rsidR="001C0391" w:rsidRPr="00E60F5F" w:rsidRDefault="001C0391">
      <w:pPr>
        <w:rPr>
          <w:lang w:val="it-IT"/>
        </w:rPr>
      </w:pPr>
    </w:p>
    <w:sectPr w:rsidR="001C0391" w:rsidRPr="00E60F5F" w:rsidSect="00034616">
      <w:headerReference w:type="even" r:id="rId8"/>
      <w:headerReference w:type="default" r:id="rId9"/>
      <w:footerReference w:type="even" r:id="rId10"/>
      <w:footerReference w:type="default" r:id="rId11"/>
      <w:headerReference w:type="first" r:id="rId12"/>
      <w:footerReference w:type="first" r:id="rId13"/>
      <w:pgSz w:w="11906" w:h="16838"/>
      <w:pgMar w:top="737" w:right="1134" w:bottom="850" w:left="1134" w:header="34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2D6D4" w14:textId="77777777" w:rsidR="009510B8" w:rsidRDefault="009510B8">
      <w:pPr>
        <w:spacing w:line="240" w:lineRule="auto"/>
      </w:pPr>
      <w:r>
        <w:separator/>
      </w:r>
    </w:p>
  </w:endnote>
  <w:endnote w:type="continuationSeparator" w:id="0">
    <w:p w14:paraId="1BF8FA5F" w14:textId="77777777" w:rsidR="009510B8" w:rsidRDefault="009510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47C9" w14:textId="77777777" w:rsidR="00E60F5F" w:rsidRDefault="00E60F5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DA87" w14:textId="77777777" w:rsidR="00835AE3" w:rsidRDefault="001C0391">
    <w:pPr>
      <w:pStyle w:val="Pidipagina"/>
      <w:jc w:val="center"/>
    </w:pPr>
    <w:r w:rsidRPr="00E60F5F">
      <w:rPr>
        <w:sz w:val="16"/>
        <w:lang w:val="it-IT"/>
      </w:rPr>
      <w:t xml:space="preserve">Allegato 5 – Titolare effettivo – Parco Avventura Cassinis – Pag. </w:t>
    </w:r>
    <w:r>
      <w:fldChar w:fldCharType="begin"/>
    </w:r>
    <w:r w:rsidRPr="00E60F5F">
      <w:rPr>
        <w:lang w:val="it-IT"/>
      </w:rPr>
      <w:instrText>PAGE</w:instrText>
    </w:r>
    <w:r>
      <w:fldChar w:fldCharType="separate"/>
    </w:r>
    <w:r>
      <w:rPr>
        <w:sz w:val="16"/>
      </w:rPr>
      <w:t>1</w:t>
    </w:r>
    <w:r>
      <w:rPr>
        <w:sz w:val="16"/>
      </w:rPr>
      <w:fldChar w:fldCharType="end"/>
    </w:r>
    <w:r>
      <w:rPr>
        <w:sz w:val="16"/>
      </w:rPr>
      <w:t xml:space="preserve"> di </w:t>
    </w:r>
    <w:r>
      <w:fldChar w:fldCharType="begin"/>
    </w:r>
    <w:r>
      <w:instrText>NUMPAGES</w:instrText>
    </w:r>
    <w:r>
      <w:fldChar w:fldCharType="separate"/>
    </w:r>
    <w:r>
      <w:rPr>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E1419" w14:textId="77777777" w:rsidR="00E60F5F" w:rsidRDefault="00E60F5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4EE85" w14:textId="77777777" w:rsidR="009510B8" w:rsidRDefault="009510B8">
      <w:pPr>
        <w:spacing w:line="240" w:lineRule="auto"/>
      </w:pPr>
      <w:r>
        <w:separator/>
      </w:r>
    </w:p>
  </w:footnote>
  <w:footnote w:type="continuationSeparator" w:id="0">
    <w:p w14:paraId="3E9C7D93" w14:textId="77777777" w:rsidR="009510B8" w:rsidRDefault="009510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2FD51" w14:textId="77777777" w:rsidR="00E60F5F" w:rsidRDefault="00E60F5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819"/>
      <w:gridCol w:w="4819"/>
    </w:tblGrid>
    <w:tr w:rsidR="00835AE3" w14:paraId="7B95A94F" w14:textId="77777777">
      <w:tc>
        <w:tcPr>
          <w:tcW w:w="4819" w:type="dxa"/>
        </w:tcPr>
        <w:p w14:paraId="2296064F" w14:textId="3EB5C04D" w:rsidR="00835AE3" w:rsidRDefault="00835AE3"/>
      </w:tc>
      <w:tc>
        <w:tcPr>
          <w:tcW w:w="4819" w:type="dxa"/>
          <w:vAlign w:val="bottom"/>
        </w:tcPr>
        <w:p w14:paraId="707CB76C" w14:textId="77777777" w:rsidR="00835AE3" w:rsidRDefault="001C0391">
          <w:pPr>
            <w:jc w:val="right"/>
          </w:pPr>
          <w:r>
            <w:rPr>
              <w:b/>
            </w:rPr>
            <w:t>ALLEGATO 5</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D0619" w14:textId="77777777" w:rsidR="00E60F5F" w:rsidRDefault="00E60F5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840996242">
    <w:abstractNumId w:val="8"/>
  </w:num>
  <w:num w:numId="2" w16cid:durableId="751581278">
    <w:abstractNumId w:val="6"/>
  </w:num>
  <w:num w:numId="3" w16cid:durableId="1329675955">
    <w:abstractNumId w:val="5"/>
  </w:num>
  <w:num w:numId="4" w16cid:durableId="848449676">
    <w:abstractNumId w:val="4"/>
  </w:num>
  <w:num w:numId="5" w16cid:durableId="1420327568">
    <w:abstractNumId w:val="7"/>
  </w:num>
  <w:num w:numId="6" w16cid:durableId="70932825">
    <w:abstractNumId w:val="3"/>
  </w:num>
  <w:num w:numId="7" w16cid:durableId="1380737438">
    <w:abstractNumId w:val="2"/>
  </w:num>
  <w:num w:numId="8" w16cid:durableId="1363627728">
    <w:abstractNumId w:val="1"/>
  </w:num>
  <w:num w:numId="9" w16cid:durableId="1706177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0391"/>
    <w:rsid w:val="0029639D"/>
    <w:rsid w:val="00326F90"/>
    <w:rsid w:val="003C0B4F"/>
    <w:rsid w:val="00835AE3"/>
    <w:rsid w:val="009510B8"/>
    <w:rsid w:val="00AA1D8D"/>
    <w:rsid w:val="00B47730"/>
    <w:rsid w:val="00CA4569"/>
    <w:rsid w:val="00CB0664"/>
    <w:rsid w:val="00D50BB4"/>
    <w:rsid w:val="00E60F5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8CBE33"/>
  <w14:defaultImageDpi w14:val="300"/>
  <w15:docId w15:val="{C64F0951-D911-4C27-A39A-A0A1C82DB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0" w:line="259" w:lineRule="auto"/>
    </w:pPr>
    <w:rPr>
      <w:rFonts w:ascii="Calibri" w:eastAsia="Calibri" w:hAnsi="Calibri"/>
      <w:sz w:val="19"/>
    </w:rPr>
  </w:style>
  <w:style w:type="paragraph" w:styleId="Titolo1">
    <w:name w:val="heading 1"/>
    <w:basedOn w:val="Normale"/>
    <w:next w:val="Normale"/>
    <w:link w:val="Titolo1Carattere"/>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Tommaso Innocente</cp:lastModifiedBy>
  <cp:revision>4</cp:revision>
  <cp:lastPrinted>2026-09-30T19:16:00Z</cp:lastPrinted>
  <dcterms:created xsi:type="dcterms:W3CDTF">2013-12-23T23:15:00Z</dcterms:created>
  <dcterms:modified xsi:type="dcterms:W3CDTF">2026-09-30T19:46:00Z</dcterms:modified>
  <cp:category/>
</cp:coreProperties>
</file>