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19C5" w14:textId="77777777" w:rsidR="005D1C9C" w:rsidRPr="00F43E71" w:rsidRDefault="00C15AE4">
      <w:pPr>
        <w:spacing w:after="200"/>
        <w:rPr>
          <w:lang w:val="it-IT"/>
        </w:rPr>
      </w:pPr>
      <w:r w:rsidRPr="00F43E71">
        <w:rPr>
          <w:sz w:val="16"/>
          <w:u w:val="single"/>
          <w:lang w:val="it-IT"/>
        </w:rPr>
        <w:t>Modello MOE – Modulo Offerta Economica</w:t>
      </w:r>
    </w:p>
    <w:p w14:paraId="7A3980D7" w14:textId="77777777" w:rsidR="005D1C9C" w:rsidRPr="00F43E71" w:rsidRDefault="00C15AE4">
      <w:pPr>
        <w:ind w:left="5102"/>
        <w:rPr>
          <w:lang w:val="it-IT"/>
        </w:rPr>
      </w:pPr>
      <w:r w:rsidRPr="00F43E71">
        <w:rPr>
          <w:lang w:val="it-IT"/>
        </w:rPr>
        <w:t>Al</w:t>
      </w:r>
    </w:p>
    <w:p w14:paraId="0B10B610" w14:textId="77777777" w:rsidR="005D1C9C" w:rsidRPr="00F43E71" w:rsidRDefault="00C15AE4">
      <w:pPr>
        <w:ind w:left="5102"/>
        <w:rPr>
          <w:lang w:val="it-IT"/>
        </w:rPr>
      </w:pPr>
      <w:r w:rsidRPr="00F43E71">
        <w:rPr>
          <w:b/>
          <w:lang w:val="it-IT"/>
        </w:rPr>
        <w:t>COMUNE DI MILANO</w:t>
      </w:r>
    </w:p>
    <w:p w14:paraId="1B254454" w14:textId="77777777" w:rsidR="005D1C9C" w:rsidRPr="00F43E71" w:rsidRDefault="00C15AE4">
      <w:pPr>
        <w:ind w:left="5102"/>
        <w:rPr>
          <w:lang w:val="it-IT"/>
        </w:rPr>
      </w:pPr>
      <w:r w:rsidRPr="00F43E71">
        <w:rPr>
          <w:lang w:val="it-IT"/>
        </w:rPr>
        <w:t>Direzione Servizi Civici e Municipi</w:t>
      </w:r>
    </w:p>
    <w:p w14:paraId="7FBB0D0C" w14:textId="77777777" w:rsidR="005D1C9C" w:rsidRPr="00F43E71" w:rsidRDefault="00C15AE4">
      <w:pPr>
        <w:ind w:left="5102"/>
        <w:rPr>
          <w:lang w:val="it-IT"/>
        </w:rPr>
      </w:pPr>
      <w:r w:rsidRPr="00F43E71">
        <w:rPr>
          <w:lang w:val="it-IT"/>
        </w:rPr>
        <w:t>Area Municipi – Ambito 3 – Municipio 4</w:t>
      </w:r>
    </w:p>
    <w:p w14:paraId="45F090F3" w14:textId="77777777" w:rsidR="005D1C9C" w:rsidRPr="00F43E71" w:rsidRDefault="00C15AE4">
      <w:pPr>
        <w:ind w:left="5102"/>
        <w:rPr>
          <w:lang w:val="it-IT"/>
        </w:rPr>
      </w:pPr>
      <w:r w:rsidRPr="00F43E71">
        <w:rPr>
          <w:lang w:val="it-IT"/>
        </w:rPr>
        <w:t>Via Oglio, 18 – 20139 Milano</w:t>
      </w:r>
    </w:p>
    <w:p w14:paraId="38F5A367" w14:textId="77777777" w:rsidR="005D1C9C" w:rsidRPr="00F43E71" w:rsidRDefault="005D1C9C">
      <w:pPr>
        <w:spacing w:after="160"/>
        <w:rPr>
          <w:lang w:val="it-IT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5D1C9C" w:rsidRPr="001B60D6" w14:paraId="6C3A798C" w14:textId="77777777">
        <w:trPr>
          <w:jc w:val="center"/>
        </w:trPr>
        <w:tc>
          <w:tcPr>
            <w:tcW w:w="9638" w:type="dxa"/>
            <w:shd w:val="clear" w:color="auto" w:fill="FBE4D5"/>
            <w:vAlign w:val="center"/>
          </w:tcPr>
          <w:p w14:paraId="428A7A30" w14:textId="77777777" w:rsidR="005D1C9C" w:rsidRPr="00F43E71" w:rsidRDefault="00C15AE4">
            <w:pPr>
              <w:spacing w:before="60" w:after="60"/>
              <w:jc w:val="center"/>
              <w:rPr>
                <w:lang w:val="it-IT"/>
              </w:rPr>
            </w:pPr>
            <w:r w:rsidRPr="00F43E71">
              <w:rPr>
                <w:b/>
                <w:sz w:val="22"/>
                <w:lang w:val="it-IT"/>
              </w:rPr>
              <w:t>BUSTA 3 – OFFERTA ECONOMICA</w:t>
            </w:r>
          </w:p>
          <w:p w14:paraId="557E601F" w14:textId="77777777" w:rsidR="005D1C9C" w:rsidRPr="00F43E71" w:rsidRDefault="00C15AE4">
            <w:pPr>
              <w:spacing w:after="80"/>
              <w:jc w:val="center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AVVISO PUBBLICO PER L’AFFIDAMENTO IN CONCESSIONE D’USO DI UN’AREA DEL PARCO “GINO CASSINIS” PER LA REALIZZAZIONE E LA GESTIONE DI UN PARCO AVVENTURA</w:t>
            </w:r>
          </w:p>
        </w:tc>
      </w:tr>
    </w:tbl>
    <w:p w14:paraId="1A55EC78" w14:textId="77777777" w:rsidR="005D1C9C" w:rsidRPr="00F43E71" w:rsidRDefault="005D1C9C">
      <w:pPr>
        <w:spacing w:after="200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3798"/>
        <w:gridCol w:w="1020"/>
        <w:gridCol w:w="2381"/>
      </w:tblGrid>
      <w:tr w:rsidR="005D1C9C" w14:paraId="6A8ECC38" w14:textId="77777777" w:rsidTr="00F43E71">
        <w:trPr>
          <w:trHeight w:val="425"/>
        </w:trPr>
        <w:tc>
          <w:tcPr>
            <w:tcW w:w="2438" w:type="dxa"/>
            <w:shd w:val="clear" w:color="auto" w:fill="F2F2F2"/>
            <w:vAlign w:val="center"/>
          </w:tcPr>
          <w:p w14:paraId="6D5D6DC4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Il/La sottoscritto/a</w:t>
            </w:r>
          </w:p>
        </w:tc>
        <w:tc>
          <w:tcPr>
            <w:tcW w:w="7199" w:type="dxa"/>
            <w:gridSpan w:val="3"/>
          </w:tcPr>
          <w:p w14:paraId="3448DE8E" w14:textId="77777777" w:rsidR="005D1C9C" w:rsidRDefault="005D1C9C"/>
        </w:tc>
      </w:tr>
      <w:tr w:rsidR="005D1C9C" w14:paraId="3417D33A" w14:textId="77777777">
        <w:trPr>
          <w:trHeight w:val="425"/>
        </w:trPr>
        <w:tc>
          <w:tcPr>
            <w:tcW w:w="2438" w:type="dxa"/>
            <w:shd w:val="clear" w:color="auto" w:fill="F2F2F2"/>
            <w:vAlign w:val="center"/>
          </w:tcPr>
          <w:p w14:paraId="033D69FF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nato/a a</w:t>
            </w:r>
          </w:p>
        </w:tc>
        <w:tc>
          <w:tcPr>
            <w:tcW w:w="3798" w:type="dxa"/>
          </w:tcPr>
          <w:p w14:paraId="66181375" w14:textId="77777777" w:rsidR="005D1C9C" w:rsidRDefault="005D1C9C"/>
        </w:tc>
        <w:tc>
          <w:tcPr>
            <w:tcW w:w="1020" w:type="dxa"/>
            <w:shd w:val="clear" w:color="auto" w:fill="F2F2F2"/>
            <w:vAlign w:val="center"/>
          </w:tcPr>
          <w:p w14:paraId="44AF55B5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Prov.</w:t>
            </w:r>
          </w:p>
        </w:tc>
        <w:tc>
          <w:tcPr>
            <w:tcW w:w="2381" w:type="dxa"/>
          </w:tcPr>
          <w:p w14:paraId="1577E84F" w14:textId="77777777" w:rsidR="005D1C9C" w:rsidRDefault="005D1C9C"/>
        </w:tc>
      </w:tr>
      <w:tr w:rsidR="005D1C9C" w14:paraId="52F03D6E" w14:textId="77777777">
        <w:trPr>
          <w:trHeight w:val="425"/>
        </w:trPr>
        <w:tc>
          <w:tcPr>
            <w:tcW w:w="2438" w:type="dxa"/>
            <w:shd w:val="clear" w:color="auto" w:fill="F2F2F2"/>
            <w:vAlign w:val="center"/>
          </w:tcPr>
          <w:p w14:paraId="110F1836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il</w:t>
            </w:r>
          </w:p>
        </w:tc>
        <w:tc>
          <w:tcPr>
            <w:tcW w:w="3798" w:type="dxa"/>
          </w:tcPr>
          <w:p w14:paraId="0B2095AE" w14:textId="77777777" w:rsidR="005D1C9C" w:rsidRDefault="005D1C9C"/>
        </w:tc>
        <w:tc>
          <w:tcPr>
            <w:tcW w:w="1020" w:type="dxa"/>
            <w:shd w:val="clear" w:color="auto" w:fill="F2F2F2"/>
            <w:vAlign w:val="center"/>
          </w:tcPr>
          <w:p w14:paraId="7C1AE150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C.F.</w:t>
            </w:r>
          </w:p>
        </w:tc>
        <w:tc>
          <w:tcPr>
            <w:tcW w:w="2381" w:type="dxa"/>
          </w:tcPr>
          <w:p w14:paraId="2E42C79A" w14:textId="77777777" w:rsidR="005D1C9C" w:rsidRDefault="005D1C9C"/>
        </w:tc>
      </w:tr>
      <w:tr w:rsidR="005D1C9C" w:rsidRPr="001B60D6" w14:paraId="2761CC19" w14:textId="77777777" w:rsidTr="00F43E71">
        <w:trPr>
          <w:trHeight w:val="425"/>
        </w:trPr>
        <w:tc>
          <w:tcPr>
            <w:tcW w:w="2438" w:type="dxa"/>
            <w:shd w:val="clear" w:color="auto" w:fill="F2F2F2"/>
            <w:vAlign w:val="center"/>
          </w:tcPr>
          <w:p w14:paraId="657180AC" w14:textId="77777777" w:rsidR="005D1C9C" w:rsidRPr="00F43E71" w:rsidRDefault="00C15AE4">
            <w:pPr>
              <w:spacing w:before="60" w:after="60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in qualità di (carica sociale)</w:t>
            </w:r>
          </w:p>
        </w:tc>
        <w:tc>
          <w:tcPr>
            <w:tcW w:w="7199" w:type="dxa"/>
            <w:gridSpan w:val="3"/>
          </w:tcPr>
          <w:p w14:paraId="4E622CE9" w14:textId="77777777" w:rsidR="005D1C9C" w:rsidRPr="00F43E71" w:rsidRDefault="005D1C9C">
            <w:pPr>
              <w:rPr>
                <w:lang w:val="it-IT"/>
              </w:rPr>
            </w:pPr>
          </w:p>
        </w:tc>
      </w:tr>
      <w:tr w:rsidR="005D1C9C" w:rsidRPr="001B60D6" w14:paraId="6EDF6D73" w14:textId="77777777" w:rsidTr="00F43E71">
        <w:trPr>
          <w:trHeight w:val="425"/>
        </w:trPr>
        <w:tc>
          <w:tcPr>
            <w:tcW w:w="2438" w:type="dxa"/>
            <w:shd w:val="clear" w:color="auto" w:fill="F2F2F2"/>
            <w:vAlign w:val="center"/>
          </w:tcPr>
          <w:p w14:paraId="6DDFB2AC" w14:textId="77777777" w:rsidR="005D1C9C" w:rsidRPr="00F43E71" w:rsidRDefault="00C15AE4">
            <w:pPr>
              <w:spacing w:before="60" w:after="60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del soggetto concorrente (denominazione / ragione sociale)</w:t>
            </w:r>
          </w:p>
        </w:tc>
        <w:tc>
          <w:tcPr>
            <w:tcW w:w="7199" w:type="dxa"/>
            <w:gridSpan w:val="3"/>
          </w:tcPr>
          <w:p w14:paraId="39D65749" w14:textId="77777777" w:rsidR="005D1C9C" w:rsidRPr="00F43E71" w:rsidRDefault="005D1C9C">
            <w:pPr>
              <w:rPr>
                <w:lang w:val="it-IT"/>
              </w:rPr>
            </w:pPr>
          </w:p>
        </w:tc>
      </w:tr>
    </w:tbl>
    <w:p w14:paraId="0EE8A9B3" w14:textId="77777777" w:rsidR="005D1C9C" w:rsidRPr="001B60D6" w:rsidRDefault="005D1C9C">
      <w:pPr>
        <w:spacing w:after="200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8"/>
      </w:tblGrid>
      <w:tr w:rsidR="005D1C9C" w14:paraId="521DD376" w14:textId="77777777">
        <w:tc>
          <w:tcPr>
            <w:tcW w:w="9638" w:type="dxa"/>
            <w:vAlign w:val="center"/>
          </w:tcPr>
          <w:p w14:paraId="0EC303EF" w14:textId="77777777" w:rsidR="005D1C9C" w:rsidRPr="00F43E71" w:rsidRDefault="00C15AE4">
            <w:pPr>
              <w:spacing w:before="60" w:after="60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Forma di partecipazione</w:t>
            </w:r>
          </w:p>
          <w:p w14:paraId="6A7A9B5F" w14:textId="77777777" w:rsidR="005D1C9C" w:rsidRPr="00F43E71" w:rsidRDefault="00C15AE4">
            <w:pPr>
              <w:spacing w:after="40"/>
              <w:rPr>
                <w:lang w:val="it-IT"/>
              </w:rPr>
            </w:pPr>
            <w:r w:rsidRPr="00F43E71">
              <w:rPr>
                <w:sz w:val="18"/>
                <w:lang w:val="it-IT"/>
              </w:rPr>
              <w:t>☐ soggetto singolo</w:t>
            </w:r>
          </w:p>
          <w:p w14:paraId="7CA78A83" w14:textId="77777777" w:rsidR="005D1C9C" w:rsidRPr="00F43E71" w:rsidRDefault="00C15AE4">
            <w:pPr>
              <w:spacing w:after="40"/>
              <w:rPr>
                <w:lang w:val="it-IT"/>
              </w:rPr>
            </w:pPr>
            <w:r w:rsidRPr="00F43E71">
              <w:rPr>
                <w:sz w:val="18"/>
                <w:lang w:val="it-IT"/>
              </w:rPr>
              <w:t>☐ capogruppo di raggruppamento temporaneo (RTI/ATS) già costituito</w:t>
            </w:r>
          </w:p>
          <w:p w14:paraId="4279BF39" w14:textId="77777777" w:rsidR="005D1C9C" w:rsidRPr="00F43E71" w:rsidRDefault="00C15AE4">
            <w:pPr>
              <w:spacing w:after="40"/>
              <w:rPr>
                <w:lang w:val="it-IT"/>
              </w:rPr>
            </w:pPr>
            <w:r w:rsidRPr="00F43E71">
              <w:rPr>
                <w:sz w:val="18"/>
                <w:lang w:val="it-IT"/>
              </w:rPr>
              <w:t>☐ capogruppo di raggruppamento temporaneo (RTI/ATS) costituendo</w:t>
            </w:r>
          </w:p>
          <w:p w14:paraId="53A9BC75" w14:textId="77777777" w:rsidR="005D1C9C" w:rsidRPr="00F43E71" w:rsidRDefault="00C15AE4">
            <w:pPr>
              <w:spacing w:after="40"/>
              <w:rPr>
                <w:lang w:val="it-IT"/>
              </w:rPr>
            </w:pPr>
            <w:r w:rsidRPr="00F43E71">
              <w:rPr>
                <w:sz w:val="18"/>
                <w:lang w:val="it-IT"/>
              </w:rPr>
              <w:t>☐ consorzio</w:t>
            </w:r>
          </w:p>
          <w:p w14:paraId="31AFAAAC" w14:textId="77777777" w:rsidR="005D1C9C" w:rsidRPr="00F43E71" w:rsidRDefault="00C15AE4">
            <w:pPr>
              <w:rPr>
                <w:lang w:val="it-IT"/>
              </w:rPr>
            </w:pPr>
            <w:r w:rsidRPr="00F43E71">
              <w:rPr>
                <w:i/>
                <w:sz w:val="18"/>
                <w:lang w:val="it-IT"/>
              </w:rPr>
              <w:t>In caso di raggruppamento o consorzio, indicare i soggetti mandanti / consorziati:</w:t>
            </w:r>
          </w:p>
          <w:p w14:paraId="3B335DFA" w14:textId="77777777" w:rsidR="005D1C9C" w:rsidRDefault="00C15AE4">
            <w:r>
              <w:rPr>
                <w:sz w:val="18"/>
              </w:rPr>
              <w:t>1) ________________________________________________________________________________</w:t>
            </w:r>
          </w:p>
          <w:p w14:paraId="3CA92353" w14:textId="77777777" w:rsidR="005D1C9C" w:rsidRDefault="00C15AE4">
            <w:r>
              <w:rPr>
                <w:sz w:val="18"/>
              </w:rPr>
              <w:t>2) ________________________________________________________________________________</w:t>
            </w:r>
          </w:p>
          <w:p w14:paraId="3FBD0962" w14:textId="77777777" w:rsidR="005D1C9C" w:rsidRDefault="00C15AE4">
            <w:pPr>
              <w:spacing w:after="80"/>
            </w:pPr>
            <w:r>
              <w:rPr>
                <w:sz w:val="18"/>
              </w:rPr>
              <w:t>3) ________________________________________________________________________________</w:t>
            </w:r>
          </w:p>
        </w:tc>
      </w:tr>
      <w:tr w:rsidR="00F43E71" w:rsidRPr="001B60D6" w14:paraId="62DA3E15" w14:textId="77777777">
        <w:tc>
          <w:tcPr>
            <w:tcW w:w="9638" w:type="dxa"/>
            <w:vAlign w:val="center"/>
          </w:tcPr>
          <w:p w14:paraId="610C2733" w14:textId="77777777" w:rsidR="00F43E71" w:rsidRDefault="00F43E71">
            <w:pPr>
              <w:spacing w:before="60" w:after="60"/>
              <w:rPr>
                <w:b/>
                <w:sz w:val="18"/>
                <w:lang w:val="it-IT"/>
              </w:rPr>
            </w:pPr>
          </w:p>
          <w:p w14:paraId="44AF39AD" w14:textId="77777777" w:rsidR="00F43E71" w:rsidRPr="00F43E71" w:rsidRDefault="00F43E71" w:rsidP="00F43E71">
            <w:pPr>
              <w:pageBreakBefore/>
              <w:spacing w:after="120"/>
              <w:jc w:val="center"/>
              <w:rPr>
                <w:lang w:val="it-IT"/>
              </w:rPr>
            </w:pPr>
            <w:r w:rsidRPr="00F43E71">
              <w:rPr>
                <w:b/>
                <w:sz w:val="22"/>
                <w:lang w:val="it-IT"/>
              </w:rPr>
              <w:t>OFFRE</w:t>
            </w:r>
          </w:p>
          <w:p w14:paraId="65720943" w14:textId="74DFFE17" w:rsidR="00F43E71" w:rsidRPr="001B60D6" w:rsidRDefault="00F43E71" w:rsidP="001B60D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 Medium" w:eastAsia="CIDFont+F3" w:hAnsi="Lato Medium"/>
                <w:szCs w:val="20"/>
                <w:lang w:val="it-IT"/>
              </w:rPr>
            </w:pPr>
            <w:r w:rsidRPr="00F43E71">
              <w:rPr>
                <w:lang w:val="it-IT"/>
              </w:rPr>
              <w:t>per la concessione d’uso, a titolo oneroso, di un’area del Parco “Gino Cassinis” per la realizzazione e la gestione di un Parco Avventura</w:t>
            </w:r>
            <w:r>
              <w:rPr>
                <w:lang w:val="it-IT"/>
              </w:rPr>
              <w:t xml:space="preserve"> </w:t>
            </w:r>
            <w:r w:rsidRPr="00F43E71">
              <w:rPr>
                <w:lang w:val="it-IT"/>
              </w:rPr>
              <w:t xml:space="preserve">il seguente </w:t>
            </w:r>
            <w:r w:rsidRPr="00F43E71">
              <w:rPr>
                <w:b/>
                <w:lang w:val="it-IT"/>
              </w:rPr>
              <w:t>rialzo percentuale</w:t>
            </w:r>
            <w:r w:rsidRPr="00F43E71">
              <w:rPr>
                <w:lang w:val="it-IT"/>
              </w:rPr>
              <w:t xml:space="preserve"> sul canone annuo posto a base di gara</w:t>
            </w:r>
            <w:r w:rsidR="001B60D6">
              <w:rPr>
                <w:lang w:val="it-IT"/>
              </w:rPr>
              <w:t xml:space="preserve">, </w:t>
            </w:r>
            <w:r w:rsidR="001B60D6" w:rsidRPr="001B60D6">
              <w:rPr>
                <w:rFonts w:ascii="Lato Medium" w:eastAsia="CIDFont+F3" w:hAnsi="Lato Medium"/>
                <w:szCs w:val="20"/>
                <w:lang w:val="it-IT"/>
              </w:rPr>
              <w:t>assoggettandosi a tutte le condizioni fissate dall’avviso pubblico medesimo</w:t>
            </w:r>
            <w:r w:rsidR="001B60D6">
              <w:rPr>
                <w:rFonts w:ascii="Lato Medium" w:eastAsia="CIDFont+F3" w:hAnsi="Lato Medium"/>
                <w:szCs w:val="20"/>
                <w:lang w:val="it-IT"/>
              </w:rPr>
              <w:t>:</w:t>
            </w:r>
          </w:p>
        </w:tc>
      </w:tr>
    </w:tbl>
    <w:p w14:paraId="6861C745" w14:textId="3433DCED" w:rsidR="005D1C9C" w:rsidRPr="00F43E71" w:rsidRDefault="005D1C9C">
      <w:pPr>
        <w:spacing w:after="160"/>
        <w:jc w:val="both"/>
        <w:rPr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5953"/>
      </w:tblGrid>
      <w:tr w:rsidR="005D1C9C" w14:paraId="3B20925A" w14:textId="77777777">
        <w:trPr>
          <w:trHeight w:val="623"/>
        </w:trPr>
        <w:tc>
          <w:tcPr>
            <w:tcW w:w="3685" w:type="dxa"/>
            <w:shd w:val="clear" w:color="auto" w:fill="F2F2F2"/>
            <w:vAlign w:val="center"/>
          </w:tcPr>
          <w:p w14:paraId="0A268965" w14:textId="77777777" w:rsidR="005D1C9C" w:rsidRPr="00F43E71" w:rsidRDefault="00C15AE4">
            <w:pPr>
              <w:spacing w:before="60" w:after="60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Canone annuo a base di gara</w:t>
            </w:r>
          </w:p>
        </w:tc>
        <w:tc>
          <w:tcPr>
            <w:tcW w:w="5953" w:type="dxa"/>
            <w:vAlign w:val="center"/>
          </w:tcPr>
          <w:p w14:paraId="0371ADAE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€ 40.000,00 (quarantamila/00), oltre IVA</w:t>
            </w:r>
          </w:p>
        </w:tc>
      </w:tr>
      <w:tr w:rsidR="005D1C9C" w14:paraId="0D921606" w14:textId="77777777">
        <w:trPr>
          <w:trHeight w:val="623"/>
        </w:trPr>
        <w:tc>
          <w:tcPr>
            <w:tcW w:w="3685" w:type="dxa"/>
            <w:shd w:val="clear" w:color="auto" w:fill="F2F2F2"/>
            <w:vAlign w:val="center"/>
          </w:tcPr>
          <w:p w14:paraId="6B9B4BA1" w14:textId="77777777" w:rsidR="005D1C9C" w:rsidRPr="00F43E71" w:rsidRDefault="00C15AE4">
            <w:pPr>
              <w:spacing w:before="60" w:after="60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Rialzo percentuale offerto</w:t>
            </w:r>
            <w:r w:rsidRPr="00F43E71">
              <w:rPr>
                <w:b/>
                <w:sz w:val="18"/>
                <w:lang w:val="it-IT"/>
              </w:rPr>
              <w:br/>
              <w:t>(in cifre, massimo due cifre decimali)</w:t>
            </w:r>
          </w:p>
        </w:tc>
        <w:tc>
          <w:tcPr>
            <w:tcW w:w="5953" w:type="dxa"/>
            <w:vAlign w:val="center"/>
          </w:tcPr>
          <w:p w14:paraId="3FB13D86" w14:textId="77777777" w:rsidR="005D1C9C" w:rsidRDefault="00C15AE4">
            <w:pPr>
              <w:spacing w:before="60" w:after="60"/>
            </w:pPr>
            <w:r>
              <w:t>______________ %</w:t>
            </w:r>
          </w:p>
        </w:tc>
      </w:tr>
      <w:tr w:rsidR="005D1C9C" w14:paraId="19105525" w14:textId="77777777">
        <w:trPr>
          <w:trHeight w:val="623"/>
        </w:trPr>
        <w:tc>
          <w:tcPr>
            <w:tcW w:w="3685" w:type="dxa"/>
            <w:shd w:val="clear" w:color="auto" w:fill="F2F2F2"/>
            <w:vAlign w:val="center"/>
          </w:tcPr>
          <w:p w14:paraId="38639D93" w14:textId="77777777" w:rsidR="005D1C9C" w:rsidRPr="00F43E71" w:rsidRDefault="00C15AE4">
            <w:pPr>
              <w:spacing w:before="60" w:after="60"/>
              <w:rPr>
                <w:lang w:val="it-IT"/>
              </w:rPr>
            </w:pPr>
            <w:r w:rsidRPr="00F43E71">
              <w:rPr>
                <w:b/>
                <w:sz w:val="18"/>
                <w:lang w:val="it-IT"/>
              </w:rPr>
              <w:t>Rialzo percentuale offerto</w:t>
            </w:r>
            <w:r w:rsidRPr="00F43E71">
              <w:rPr>
                <w:b/>
                <w:sz w:val="18"/>
                <w:lang w:val="it-IT"/>
              </w:rPr>
              <w:br/>
              <w:t>(in lettere)</w:t>
            </w:r>
          </w:p>
        </w:tc>
        <w:tc>
          <w:tcPr>
            <w:tcW w:w="5953" w:type="dxa"/>
            <w:vAlign w:val="center"/>
          </w:tcPr>
          <w:p w14:paraId="60A0EF7C" w14:textId="77777777" w:rsidR="005D1C9C" w:rsidRDefault="00C15AE4">
            <w:pPr>
              <w:spacing w:before="60" w:after="60"/>
            </w:pPr>
            <w:r>
              <w:t>________________________________ per cento</w:t>
            </w:r>
          </w:p>
        </w:tc>
      </w:tr>
    </w:tbl>
    <w:p w14:paraId="229F31E7" w14:textId="77777777" w:rsidR="005D1C9C" w:rsidRDefault="005D1C9C">
      <w:pPr>
        <w:spacing w:after="80"/>
      </w:pPr>
    </w:p>
    <w:p w14:paraId="086E5E1A" w14:textId="518AD5E3" w:rsidR="005D1C9C" w:rsidRPr="00F43E71" w:rsidRDefault="00C15AE4">
      <w:pPr>
        <w:spacing w:after="40"/>
        <w:jc w:val="both"/>
        <w:rPr>
          <w:lang w:val="it-IT"/>
        </w:rPr>
      </w:pPr>
      <w:r w:rsidRPr="00F43E71">
        <w:rPr>
          <w:sz w:val="18"/>
          <w:lang w:val="it-IT"/>
        </w:rPr>
        <w:t>In caso di raggruppamento temporaneo o consorzio non ancora costituiti l’offerta è sottoscritta, pena la nullità, da tutti i rappresentanti degli operatori economici associati/consorziati (art. 15 dell’Avviso); se è presentato atto notarile di raggruppamento, può essere sottoscritta dal/dalla legale rappresentante della sola capogruppo. Allegare copia del documento di identità in corso di validità di ciascun sottoscrittore, ove non già prodotta nella Busta 1.</w:t>
      </w:r>
    </w:p>
    <w:p w14:paraId="0D1CBBC7" w14:textId="77777777" w:rsidR="005D1C9C" w:rsidRDefault="005D1C9C">
      <w:pPr>
        <w:spacing w:after="120"/>
        <w:rPr>
          <w:lang w:val="it-IT"/>
        </w:rPr>
      </w:pPr>
    </w:p>
    <w:p w14:paraId="38381DAC" w14:textId="77777777" w:rsidR="00F43E71" w:rsidRDefault="00F43E71">
      <w:pPr>
        <w:spacing w:after="120"/>
        <w:rPr>
          <w:lang w:val="it-IT"/>
        </w:rPr>
      </w:pPr>
    </w:p>
    <w:p w14:paraId="661760D1" w14:textId="77777777" w:rsidR="00F43E71" w:rsidRDefault="00F43E71">
      <w:pPr>
        <w:spacing w:after="120"/>
        <w:rPr>
          <w:lang w:val="it-IT"/>
        </w:rPr>
      </w:pPr>
    </w:p>
    <w:p w14:paraId="1627E978" w14:textId="77777777" w:rsidR="00F43E71" w:rsidRPr="00F43E71" w:rsidRDefault="00F43E71">
      <w:pPr>
        <w:spacing w:after="120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7"/>
        <w:gridCol w:w="2608"/>
        <w:gridCol w:w="5783"/>
      </w:tblGrid>
      <w:tr w:rsidR="005D1C9C" w14:paraId="42B9CBDF" w14:textId="77777777">
        <w:trPr>
          <w:trHeight w:val="453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7AD7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Luogo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50C3" w14:textId="77777777" w:rsidR="005D1C9C" w:rsidRDefault="005D1C9C"/>
        </w:tc>
        <w:tc>
          <w:tcPr>
            <w:tcW w:w="5783" w:type="dxa"/>
          </w:tcPr>
          <w:p w14:paraId="6EE42DB1" w14:textId="77777777" w:rsidR="005D1C9C" w:rsidRDefault="005D1C9C"/>
        </w:tc>
      </w:tr>
      <w:tr w:rsidR="005D1C9C" w14:paraId="6650938A" w14:textId="77777777">
        <w:trPr>
          <w:trHeight w:val="453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0B7E" w14:textId="77777777" w:rsidR="005D1C9C" w:rsidRDefault="00C15AE4">
            <w:pPr>
              <w:spacing w:before="60" w:after="60"/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C6AD" w14:textId="77777777" w:rsidR="005D1C9C" w:rsidRDefault="005D1C9C"/>
        </w:tc>
        <w:tc>
          <w:tcPr>
            <w:tcW w:w="5783" w:type="dxa"/>
            <w:vAlign w:val="center"/>
          </w:tcPr>
          <w:p w14:paraId="2BEAB5E3" w14:textId="77777777" w:rsidR="005D1C9C" w:rsidRDefault="00C15AE4">
            <w:pPr>
              <w:spacing w:before="60" w:after="60"/>
              <w:jc w:val="center"/>
            </w:pPr>
            <w:r>
              <w:rPr>
                <w:b/>
                <w:sz w:val="18"/>
              </w:rPr>
              <w:t>IL/LA LEGALE RAPPRESENTANTE</w:t>
            </w:r>
          </w:p>
        </w:tc>
      </w:tr>
      <w:tr w:rsidR="005D1C9C" w14:paraId="794C8FC6" w14:textId="77777777">
        <w:trPr>
          <w:trHeight w:val="623"/>
        </w:trPr>
        <w:tc>
          <w:tcPr>
            <w:tcW w:w="1247" w:type="dxa"/>
          </w:tcPr>
          <w:p w14:paraId="3C38F950" w14:textId="77777777" w:rsidR="005D1C9C" w:rsidRDefault="005D1C9C"/>
        </w:tc>
        <w:tc>
          <w:tcPr>
            <w:tcW w:w="2608" w:type="dxa"/>
          </w:tcPr>
          <w:p w14:paraId="70C14647" w14:textId="77777777" w:rsidR="005D1C9C" w:rsidRDefault="005D1C9C"/>
        </w:tc>
        <w:tc>
          <w:tcPr>
            <w:tcW w:w="5783" w:type="dxa"/>
            <w:vAlign w:val="center"/>
          </w:tcPr>
          <w:p w14:paraId="41B2184A" w14:textId="77777777" w:rsidR="005D1C9C" w:rsidRDefault="00C15AE4">
            <w:pPr>
              <w:spacing w:before="60" w:after="60"/>
              <w:jc w:val="center"/>
            </w:pPr>
            <w:r>
              <w:rPr>
                <w:sz w:val="18"/>
              </w:rPr>
              <w:t>............................................................</w:t>
            </w:r>
          </w:p>
          <w:p w14:paraId="685AAA85" w14:textId="77777777" w:rsidR="005D1C9C" w:rsidRDefault="00C15AE4">
            <w:pPr>
              <w:jc w:val="center"/>
            </w:pPr>
            <w:r>
              <w:rPr>
                <w:i/>
                <w:sz w:val="16"/>
              </w:rPr>
              <w:t>(firma leggibile)</w:t>
            </w:r>
          </w:p>
        </w:tc>
      </w:tr>
    </w:tbl>
    <w:p w14:paraId="09348882" w14:textId="77777777" w:rsidR="005D1C9C" w:rsidRPr="00F43E71" w:rsidRDefault="00C15AE4">
      <w:pPr>
        <w:spacing w:before="160" w:after="80"/>
        <w:rPr>
          <w:lang w:val="it-IT"/>
        </w:rPr>
      </w:pPr>
      <w:r w:rsidRPr="00F43E71">
        <w:rPr>
          <w:b/>
          <w:sz w:val="18"/>
          <w:lang w:val="it-IT"/>
        </w:rPr>
        <w:t>In caso di raggruppamento temporaneo o consorzio costituendo – sottoscrizione dei mandanti / consorziati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402"/>
      </w:tblGrid>
      <w:tr w:rsidR="005D1C9C" w14:paraId="271F2639" w14:textId="77777777">
        <w:tc>
          <w:tcPr>
            <w:tcW w:w="3402" w:type="dxa"/>
            <w:shd w:val="clear" w:color="auto" w:fill="F2F2F2"/>
            <w:vAlign w:val="center"/>
          </w:tcPr>
          <w:p w14:paraId="3F659428" w14:textId="77777777" w:rsidR="005D1C9C" w:rsidRDefault="00C15AE4">
            <w:pPr>
              <w:spacing w:before="60" w:after="60"/>
              <w:jc w:val="center"/>
            </w:pPr>
            <w:r>
              <w:rPr>
                <w:b/>
                <w:sz w:val="16"/>
              </w:rPr>
              <w:t>Denominazione soggetto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36F18D76" w14:textId="77777777" w:rsidR="005D1C9C" w:rsidRDefault="00C15AE4">
            <w:pPr>
              <w:spacing w:before="60" w:after="60"/>
              <w:jc w:val="center"/>
            </w:pPr>
            <w:r>
              <w:rPr>
                <w:b/>
                <w:sz w:val="16"/>
              </w:rPr>
              <w:t>Legale rappresentante</w:t>
            </w:r>
          </w:p>
        </w:tc>
        <w:tc>
          <w:tcPr>
            <w:tcW w:w="3402" w:type="dxa"/>
            <w:shd w:val="clear" w:color="auto" w:fill="F2F2F2"/>
            <w:vAlign w:val="center"/>
          </w:tcPr>
          <w:p w14:paraId="6BCCB3EB" w14:textId="77777777" w:rsidR="005D1C9C" w:rsidRDefault="00C15AE4">
            <w:pPr>
              <w:spacing w:before="60" w:after="60"/>
              <w:jc w:val="center"/>
            </w:pPr>
            <w:r>
              <w:rPr>
                <w:b/>
                <w:sz w:val="16"/>
              </w:rPr>
              <w:t>Firma</w:t>
            </w:r>
          </w:p>
        </w:tc>
      </w:tr>
      <w:tr w:rsidR="005D1C9C" w14:paraId="23507EEF" w14:textId="77777777">
        <w:trPr>
          <w:trHeight w:val="453"/>
        </w:trPr>
        <w:tc>
          <w:tcPr>
            <w:tcW w:w="3402" w:type="dxa"/>
          </w:tcPr>
          <w:p w14:paraId="710A2941" w14:textId="77777777" w:rsidR="005D1C9C" w:rsidRDefault="005D1C9C"/>
        </w:tc>
        <w:tc>
          <w:tcPr>
            <w:tcW w:w="2835" w:type="dxa"/>
          </w:tcPr>
          <w:p w14:paraId="2DDD8692" w14:textId="77777777" w:rsidR="005D1C9C" w:rsidRDefault="005D1C9C"/>
        </w:tc>
        <w:tc>
          <w:tcPr>
            <w:tcW w:w="3402" w:type="dxa"/>
          </w:tcPr>
          <w:p w14:paraId="26804E81" w14:textId="77777777" w:rsidR="005D1C9C" w:rsidRDefault="005D1C9C"/>
        </w:tc>
      </w:tr>
      <w:tr w:rsidR="005D1C9C" w14:paraId="2C944A3D" w14:textId="77777777">
        <w:trPr>
          <w:trHeight w:val="453"/>
        </w:trPr>
        <w:tc>
          <w:tcPr>
            <w:tcW w:w="3402" w:type="dxa"/>
          </w:tcPr>
          <w:p w14:paraId="62226905" w14:textId="77777777" w:rsidR="005D1C9C" w:rsidRDefault="005D1C9C"/>
        </w:tc>
        <w:tc>
          <w:tcPr>
            <w:tcW w:w="2835" w:type="dxa"/>
          </w:tcPr>
          <w:p w14:paraId="5D23C89F" w14:textId="77777777" w:rsidR="005D1C9C" w:rsidRDefault="005D1C9C"/>
        </w:tc>
        <w:tc>
          <w:tcPr>
            <w:tcW w:w="3402" w:type="dxa"/>
          </w:tcPr>
          <w:p w14:paraId="40D45381" w14:textId="77777777" w:rsidR="005D1C9C" w:rsidRDefault="005D1C9C"/>
        </w:tc>
      </w:tr>
      <w:tr w:rsidR="005D1C9C" w14:paraId="2E48FB32" w14:textId="77777777">
        <w:trPr>
          <w:trHeight w:val="453"/>
        </w:trPr>
        <w:tc>
          <w:tcPr>
            <w:tcW w:w="3402" w:type="dxa"/>
          </w:tcPr>
          <w:p w14:paraId="4FF0DFD9" w14:textId="77777777" w:rsidR="005D1C9C" w:rsidRDefault="005D1C9C"/>
        </w:tc>
        <w:tc>
          <w:tcPr>
            <w:tcW w:w="2835" w:type="dxa"/>
          </w:tcPr>
          <w:p w14:paraId="66C871EE" w14:textId="77777777" w:rsidR="005D1C9C" w:rsidRDefault="005D1C9C"/>
        </w:tc>
        <w:tc>
          <w:tcPr>
            <w:tcW w:w="3402" w:type="dxa"/>
          </w:tcPr>
          <w:p w14:paraId="32C79918" w14:textId="77777777" w:rsidR="005D1C9C" w:rsidRDefault="005D1C9C"/>
        </w:tc>
      </w:tr>
    </w:tbl>
    <w:p w14:paraId="40D97FF6" w14:textId="77777777" w:rsidR="00C15AE4" w:rsidRDefault="00C15AE4"/>
    <w:sectPr w:rsidR="00C15AE4" w:rsidSect="00034616">
      <w:footerReference w:type="default" r:id="rId8"/>
      <w:pgSz w:w="11906" w:h="16838"/>
      <w:pgMar w:top="850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C3ED0" w14:textId="77777777" w:rsidR="00501A5D" w:rsidRDefault="00501A5D">
      <w:pPr>
        <w:spacing w:line="240" w:lineRule="auto"/>
      </w:pPr>
      <w:r>
        <w:separator/>
      </w:r>
    </w:p>
  </w:endnote>
  <w:endnote w:type="continuationSeparator" w:id="0">
    <w:p w14:paraId="69064BDF" w14:textId="77777777" w:rsidR="00501A5D" w:rsidRDefault="00501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77E5" w14:textId="77777777" w:rsidR="005D1C9C" w:rsidRDefault="00C15AE4">
    <w:pPr>
      <w:pStyle w:val="Pidipagina"/>
      <w:jc w:val="center"/>
    </w:pPr>
    <w:r w:rsidRPr="00F43E71">
      <w:rPr>
        <w:sz w:val="16"/>
        <w:lang w:val="it-IT"/>
      </w:rPr>
      <w:t xml:space="preserve">Modello MOE – Avviso Parco Avventura Cassinis – pag. </w:t>
    </w:r>
    <w:r>
      <w:fldChar w:fldCharType="begin"/>
    </w:r>
    <w:r w:rsidRPr="00F43E71">
      <w:rPr>
        <w:lang w:val="it-IT"/>
      </w:rP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7C00" w14:textId="77777777" w:rsidR="00501A5D" w:rsidRDefault="00501A5D">
      <w:pPr>
        <w:spacing w:line="240" w:lineRule="auto"/>
      </w:pPr>
      <w:r>
        <w:separator/>
      </w:r>
    </w:p>
  </w:footnote>
  <w:footnote w:type="continuationSeparator" w:id="0">
    <w:p w14:paraId="38813060" w14:textId="77777777" w:rsidR="00501A5D" w:rsidRDefault="00501A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7301075">
    <w:abstractNumId w:val="8"/>
  </w:num>
  <w:num w:numId="2" w16cid:durableId="1286889258">
    <w:abstractNumId w:val="6"/>
  </w:num>
  <w:num w:numId="3" w16cid:durableId="655647037">
    <w:abstractNumId w:val="5"/>
  </w:num>
  <w:num w:numId="4" w16cid:durableId="780687855">
    <w:abstractNumId w:val="4"/>
  </w:num>
  <w:num w:numId="5" w16cid:durableId="1440107801">
    <w:abstractNumId w:val="7"/>
  </w:num>
  <w:num w:numId="6" w16cid:durableId="385642917">
    <w:abstractNumId w:val="3"/>
  </w:num>
  <w:num w:numId="7" w16cid:durableId="1075936705">
    <w:abstractNumId w:val="2"/>
  </w:num>
  <w:num w:numId="8" w16cid:durableId="1476799750">
    <w:abstractNumId w:val="1"/>
  </w:num>
  <w:num w:numId="9" w16cid:durableId="1964115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F22"/>
    <w:rsid w:val="0015074B"/>
    <w:rsid w:val="001B60D6"/>
    <w:rsid w:val="0029639D"/>
    <w:rsid w:val="00326F90"/>
    <w:rsid w:val="00501A5D"/>
    <w:rsid w:val="005D1C9C"/>
    <w:rsid w:val="00837F5D"/>
    <w:rsid w:val="00AA1D8D"/>
    <w:rsid w:val="00B47730"/>
    <w:rsid w:val="00C15AE4"/>
    <w:rsid w:val="00CB0664"/>
    <w:rsid w:val="00F43E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941E32"/>
  <w14:defaultImageDpi w14:val="300"/>
  <w15:docId w15:val="{6C00B26A-D652-44D3-8564-786270F5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52" w:lineRule="auto"/>
    </w:pPr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Tommaso Innocente</cp:lastModifiedBy>
  <cp:revision>3</cp:revision>
  <dcterms:created xsi:type="dcterms:W3CDTF">2013-12-23T23:15:00Z</dcterms:created>
  <dcterms:modified xsi:type="dcterms:W3CDTF">2026-09-30T18:43:00Z</dcterms:modified>
  <cp:category/>
</cp:coreProperties>
</file>